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D1EF0" w14:textId="5F9191E4" w:rsidR="00196831" w:rsidRPr="00644B2A" w:rsidRDefault="00000000">
      <w:pPr>
        <w:spacing w:before="120" w:after="80"/>
        <w:jc w:val="center"/>
        <w:rPr>
          <w:lang w:val="es-PR"/>
        </w:rPr>
      </w:pPr>
      <w:r w:rsidRPr="00644B2A">
        <w:rPr>
          <w:b/>
          <w:color w:val="1F3864"/>
          <w:sz w:val="44"/>
          <w:lang w:val="es-PR"/>
        </w:rPr>
        <w:t>Guía Maestra</w:t>
      </w:r>
    </w:p>
    <w:p w14:paraId="4698CB08" w14:textId="77777777" w:rsidR="00196831" w:rsidRPr="00644B2A" w:rsidRDefault="00000000">
      <w:pPr>
        <w:spacing w:after="80"/>
        <w:jc w:val="center"/>
        <w:rPr>
          <w:lang w:val="es-PR"/>
        </w:rPr>
      </w:pPr>
      <w:r w:rsidRPr="00644B2A">
        <w:rPr>
          <w:b/>
          <w:color w:val="2E75B6"/>
          <w:sz w:val="28"/>
          <w:lang w:val="es-PR"/>
        </w:rPr>
        <w:t>Inteligencia Artificial para el Consejero Profesional Escolar (CPE)</w:t>
      </w:r>
    </w:p>
    <w:p w14:paraId="6EB1D6AF" w14:textId="77777777" w:rsidR="00196831" w:rsidRPr="00644B2A" w:rsidRDefault="00000000">
      <w:pPr>
        <w:spacing w:after="40"/>
        <w:jc w:val="center"/>
        <w:rPr>
          <w:lang w:val="es-PR"/>
        </w:rPr>
      </w:pPr>
      <w:r w:rsidRPr="00644B2A">
        <w:rPr>
          <w:color w:val="555555"/>
          <w:sz w:val="22"/>
          <w:lang w:val="es-PR"/>
        </w:rPr>
        <w:t>Departamento de Educación de Puerto Rico (DEPR)</w:t>
      </w:r>
    </w:p>
    <w:p w14:paraId="3785DD2E" w14:textId="77777777" w:rsidR="00196831" w:rsidRPr="00644B2A" w:rsidRDefault="00000000">
      <w:pPr>
        <w:jc w:val="center"/>
        <w:rPr>
          <w:lang w:val="es-PR"/>
        </w:rPr>
      </w:pPr>
      <w:r w:rsidRPr="00644B2A">
        <w:rPr>
          <w:i/>
          <w:color w:val="777777"/>
          <w:lang w:val="es-PR"/>
        </w:rPr>
        <w:t>Alineado a la Carta Circular 07-2020-2021 y manuales vigentes del PCPEE</w:t>
      </w:r>
    </w:p>
    <w:p w14:paraId="2582ECE1" w14:textId="77777777" w:rsidR="00196831" w:rsidRPr="00644B2A" w:rsidRDefault="00196831">
      <w:pPr>
        <w:pBdr>
          <w:bottom w:val="single" w:sz="16" w:space="1" w:color="2E75B6"/>
        </w:pBdr>
        <w:rPr>
          <w:lang w:val="es-PR"/>
        </w:rPr>
      </w:pPr>
    </w:p>
    <w:p w14:paraId="2AC62BF0" w14:textId="77777777" w:rsidR="00196831" w:rsidRPr="00644B2A" w:rsidRDefault="00000000">
      <w:pPr>
        <w:shd w:val="clear" w:color="auto" w:fill="1F3864"/>
        <w:spacing w:before="280" w:after="120"/>
        <w:ind w:left="-144" w:right="-144"/>
        <w:rPr>
          <w:lang w:val="es-PR"/>
        </w:rPr>
      </w:pPr>
      <w:r w:rsidRPr="00644B2A">
        <w:rPr>
          <w:b/>
          <w:color w:val="FFFFFF"/>
          <w:sz w:val="28"/>
          <w:lang w:val="es-PR"/>
        </w:rPr>
        <w:t xml:space="preserve">  </w:t>
      </w:r>
      <w:proofErr w:type="gramStart"/>
      <w:r>
        <w:rPr>
          <w:b/>
          <w:color w:val="FFFFFF"/>
          <w:sz w:val="28"/>
        </w:rPr>
        <w:t>🚀</w:t>
      </w:r>
      <w:r w:rsidRPr="00644B2A">
        <w:rPr>
          <w:b/>
          <w:color w:val="FFFFFF"/>
          <w:sz w:val="28"/>
          <w:lang w:val="es-PR"/>
        </w:rPr>
        <w:t xml:space="preserve">  Cómo</w:t>
      </w:r>
      <w:proofErr w:type="gramEnd"/>
      <w:r w:rsidRPr="00644B2A">
        <w:rPr>
          <w:b/>
          <w:color w:val="FFFFFF"/>
          <w:sz w:val="28"/>
          <w:lang w:val="es-PR"/>
        </w:rPr>
        <w:t xml:space="preserve"> usar esta guía en 3 pasos</w:t>
      </w:r>
    </w:p>
    <w:p w14:paraId="0F905282" w14:textId="77777777" w:rsidR="00196831" w:rsidRDefault="00000000">
      <w:pPr>
        <w:spacing w:after="80"/>
      </w:pPr>
      <w:r w:rsidRPr="00644B2A">
        <w:rPr>
          <w:lang w:val="es-PR"/>
        </w:rPr>
        <w:t xml:space="preserve">Esta guía está diseñada para que puedas aplicar inteligencia artificial en tu oficina desde el primer día, sin conocimientos técnicos previos. </w:t>
      </w:r>
      <w:r>
        <w:t>Sigue estos tres pasos: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120"/>
        <w:gridCol w:w="3120"/>
        <w:gridCol w:w="3120"/>
      </w:tblGrid>
      <w:tr w:rsidR="00196831" w14:paraId="0958E64B" w14:textId="77777777">
        <w:trPr>
          <w:jc w:val="center"/>
        </w:trPr>
        <w:tc>
          <w:tcPr>
            <w:tcW w:w="3120" w:type="dxa"/>
            <w:shd w:val="clear" w:color="auto" w:fill="D6E4F0"/>
          </w:tcPr>
          <w:p w14:paraId="2EBA012C" w14:textId="77777777" w:rsidR="00196831" w:rsidRPr="00644B2A" w:rsidRDefault="00196831">
            <w:pPr>
              <w:rPr>
                <w:lang w:val="es-PR"/>
              </w:rPr>
            </w:pPr>
          </w:p>
          <w:p w14:paraId="30CBB473" w14:textId="77777777" w:rsidR="00196831" w:rsidRPr="00644B2A" w:rsidRDefault="00000000">
            <w:pPr>
              <w:spacing w:after="80"/>
              <w:rPr>
                <w:lang w:val="es-PR"/>
              </w:rPr>
            </w:pPr>
            <w:r w:rsidRPr="00644B2A">
              <w:rPr>
                <w:b/>
                <w:color w:val="1F3864"/>
                <w:sz w:val="22"/>
                <w:lang w:val="es-PR"/>
              </w:rPr>
              <w:t>① Elige un prompt</w:t>
            </w:r>
          </w:p>
          <w:p w14:paraId="11D673DA" w14:textId="77777777" w:rsidR="00196831" w:rsidRPr="00644B2A" w:rsidRDefault="00000000">
            <w:pPr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Encuentra en la Biblioteca (Sección 5) el prompt que corresponde a la tarea que necesitas hacer hoy.</w:t>
            </w:r>
          </w:p>
        </w:tc>
        <w:tc>
          <w:tcPr>
            <w:tcW w:w="3120" w:type="dxa"/>
            <w:shd w:val="clear" w:color="auto" w:fill="D5E8D4"/>
          </w:tcPr>
          <w:p w14:paraId="6B271E07" w14:textId="77777777" w:rsidR="00196831" w:rsidRPr="00644B2A" w:rsidRDefault="00196831">
            <w:pPr>
              <w:rPr>
                <w:lang w:val="es-PR"/>
              </w:rPr>
            </w:pPr>
          </w:p>
          <w:p w14:paraId="56B7D659" w14:textId="77777777" w:rsidR="00196831" w:rsidRPr="00644B2A" w:rsidRDefault="00000000">
            <w:pPr>
              <w:spacing w:after="80"/>
              <w:rPr>
                <w:lang w:val="es-PR"/>
              </w:rPr>
            </w:pPr>
            <w:r w:rsidRPr="00644B2A">
              <w:rPr>
                <w:b/>
                <w:color w:val="1F3864"/>
                <w:sz w:val="22"/>
                <w:lang w:val="es-PR"/>
              </w:rPr>
              <w:t>② Personalízalo</w:t>
            </w:r>
          </w:p>
          <w:p w14:paraId="65A6EC12" w14:textId="77777777" w:rsidR="00196831" w:rsidRDefault="00000000">
            <w:r w:rsidRPr="00644B2A">
              <w:rPr>
                <w:sz w:val="19"/>
                <w:lang w:val="es-PR"/>
              </w:rPr>
              <w:t xml:space="preserve">Sustituye los textos entre [corchetes] con los datos reales de tu caso. </w:t>
            </w:r>
            <w:r>
              <w:rPr>
                <w:sz w:val="19"/>
              </w:rPr>
              <w:t>Nunca pongas nombres de estudiantes.</w:t>
            </w:r>
          </w:p>
        </w:tc>
        <w:tc>
          <w:tcPr>
            <w:tcW w:w="3120" w:type="dxa"/>
            <w:shd w:val="clear" w:color="auto" w:fill="FFE6CC"/>
          </w:tcPr>
          <w:p w14:paraId="4FBB6347" w14:textId="77777777" w:rsidR="00196831" w:rsidRPr="00644B2A" w:rsidRDefault="00196831">
            <w:pPr>
              <w:rPr>
                <w:lang w:val="es-PR"/>
              </w:rPr>
            </w:pPr>
          </w:p>
          <w:p w14:paraId="62DC747B" w14:textId="77777777" w:rsidR="00196831" w:rsidRPr="00644B2A" w:rsidRDefault="00000000">
            <w:pPr>
              <w:spacing w:after="80"/>
              <w:rPr>
                <w:lang w:val="es-PR"/>
              </w:rPr>
            </w:pPr>
            <w:r w:rsidRPr="00644B2A">
              <w:rPr>
                <w:b/>
                <w:color w:val="1F3864"/>
                <w:sz w:val="22"/>
                <w:lang w:val="es-PR"/>
              </w:rPr>
              <w:t>③ Pégalo en la IA</w:t>
            </w:r>
          </w:p>
          <w:p w14:paraId="3E6D7CC8" w14:textId="77777777" w:rsidR="00196831" w:rsidRDefault="00000000">
            <w:r w:rsidRPr="00644B2A">
              <w:rPr>
                <w:sz w:val="19"/>
                <w:lang w:val="es-PR"/>
              </w:rPr>
              <w:t xml:space="preserve">Copia el prompt completo y pégalo en Claude (claude.ai), ChatGPT u otra IA. </w:t>
            </w:r>
            <w:r>
              <w:rPr>
                <w:sz w:val="19"/>
              </w:rPr>
              <w:t>Lee, valida y adapta la respuesta antes de usarla.</w:t>
            </w:r>
          </w:p>
        </w:tc>
      </w:tr>
    </w:tbl>
    <w:p w14:paraId="3287725C" w14:textId="77777777" w:rsidR="00196831" w:rsidRDefault="00196831"/>
    <w:tbl>
      <w:tblPr>
        <w:tblW w:w="0" w:type="auto"/>
        <w:tblLook w:val="04A0" w:firstRow="1" w:lastRow="0" w:firstColumn="1" w:lastColumn="0" w:noHBand="0" w:noVBand="1"/>
      </w:tblPr>
      <w:tblGrid>
        <w:gridCol w:w="9360"/>
      </w:tblGrid>
      <w:tr w:rsidR="00196831" w:rsidRPr="00644B2A" w14:paraId="2AE462DA" w14:textId="77777777">
        <w:tc>
          <w:tcPr>
            <w:tcW w:w="9360" w:type="dxa"/>
            <w:shd w:val="clear" w:color="auto" w:fill="FDEDED"/>
          </w:tcPr>
          <w:p w14:paraId="113B0639" w14:textId="77777777" w:rsidR="00196831" w:rsidRPr="00644B2A" w:rsidRDefault="00196831">
            <w:pPr>
              <w:rPr>
                <w:lang w:val="es-PR"/>
              </w:rPr>
            </w:pPr>
          </w:p>
          <w:p w14:paraId="206A612C" w14:textId="77777777" w:rsidR="00196831" w:rsidRPr="00644B2A" w:rsidRDefault="00000000">
            <w:pPr>
              <w:spacing w:after="80"/>
              <w:rPr>
                <w:lang w:val="es-PR"/>
              </w:rPr>
            </w:pPr>
            <w:r w:rsidRPr="00644B2A">
              <w:rPr>
                <w:b/>
                <w:color w:val="C62828"/>
                <w:lang w:val="es-PR"/>
              </w:rPr>
              <w:t>⚠</w:t>
            </w:r>
            <w:r>
              <w:rPr>
                <w:b/>
                <w:color w:val="C62828"/>
              </w:rPr>
              <w:t>️</w:t>
            </w:r>
            <w:r w:rsidRPr="00644B2A">
              <w:rPr>
                <w:b/>
                <w:color w:val="C62828"/>
                <w:lang w:val="es-PR"/>
              </w:rPr>
              <w:t xml:space="preserve">  Regla de oro antes de empezar:</w:t>
            </w:r>
          </w:p>
          <w:p w14:paraId="2C1E8BC2" w14:textId="77777777" w:rsidR="00196831" w:rsidRPr="00644B2A" w:rsidRDefault="00000000">
            <w:pPr>
              <w:spacing w:after="40"/>
              <w:rPr>
                <w:lang w:val="es-PR"/>
              </w:rPr>
            </w:pPr>
            <w:r w:rsidRPr="00644B2A">
              <w:rPr>
                <w:lang w:val="es-PR"/>
              </w:rPr>
              <w:t>Nunca incluyas el nombre, número de SIE, dirección u otra información identificable de un estudiante en ningún prompt. Usa siempre "Estudiante A", "Estudiante de 4to grado", o descripciones genéricas. Esto protege al menor y cumple con FERPA y la Ley 147.</w:t>
            </w:r>
          </w:p>
        </w:tc>
      </w:tr>
    </w:tbl>
    <w:p w14:paraId="16B102B7" w14:textId="77777777" w:rsidR="00196831" w:rsidRPr="00644B2A" w:rsidRDefault="00196831">
      <w:pPr>
        <w:rPr>
          <w:lang w:val="es-PR"/>
        </w:rPr>
      </w:pPr>
    </w:p>
    <w:p w14:paraId="1FC1DED4" w14:textId="77777777" w:rsidR="00196831" w:rsidRPr="00644B2A" w:rsidRDefault="00000000">
      <w:pPr>
        <w:shd w:val="clear" w:color="auto" w:fill="1F3864"/>
        <w:spacing w:before="280" w:after="120"/>
        <w:ind w:left="-144" w:right="-144"/>
        <w:rPr>
          <w:lang w:val="es-PR"/>
        </w:rPr>
      </w:pPr>
      <w:r w:rsidRPr="00644B2A">
        <w:rPr>
          <w:b/>
          <w:color w:val="FFFFFF"/>
          <w:sz w:val="28"/>
          <w:lang w:val="es-PR"/>
        </w:rPr>
        <w:t xml:space="preserve">  </w:t>
      </w:r>
      <w:proofErr w:type="gramStart"/>
      <w:r>
        <w:rPr>
          <w:b/>
          <w:color w:val="FFFFFF"/>
          <w:sz w:val="28"/>
        </w:rPr>
        <w:t>📑</w:t>
      </w:r>
      <w:r w:rsidRPr="00644B2A">
        <w:rPr>
          <w:b/>
          <w:color w:val="FFFFFF"/>
          <w:sz w:val="28"/>
          <w:lang w:val="es-PR"/>
        </w:rPr>
        <w:t xml:space="preserve">  1</w:t>
      </w:r>
      <w:proofErr w:type="gramEnd"/>
      <w:r w:rsidRPr="00644B2A">
        <w:rPr>
          <w:b/>
          <w:color w:val="FFFFFF"/>
          <w:sz w:val="28"/>
          <w:lang w:val="es-PR"/>
        </w:rPr>
        <w:t>. Introducción</w:t>
      </w:r>
    </w:p>
    <w:p w14:paraId="6B8E3544" w14:textId="77777777" w:rsidR="00196831" w:rsidRPr="00644B2A" w:rsidRDefault="00000000">
      <w:pPr>
        <w:spacing w:after="80"/>
        <w:rPr>
          <w:lang w:val="es-PR"/>
        </w:rPr>
      </w:pPr>
      <w:r w:rsidRPr="00644B2A">
        <w:rPr>
          <w:lang w:val="es-PR"/>
        </w:rPr>
        <w:t>Esta guía es una herramienta estratégica diseñada para que el Consejero Profesional Escolar (CPE) optimice su gestión. Todo el contenido está alineado a la Carta Circular 07-2020-2021 y los manuales vigentes del DEPR. El método CRAFT que encontrarás aquí convierte cualquier necesidad de tu oficina en una instrucción clara y efectiva para cualquier herramienta de IA.</w:t>
      </w:r>
    </w:p>
    <w:p w14:paraId="499E7221" w14:textId="77777777" w:rsidR="00196831" w:rsidRPr="00644B2A" w:rsidRDefault="00000000">
      <w:pPr>
        <w:shd w:val="clear" w:color="auto" w:fill="1F3864"/>
        <w:spacing w:before="280" w:after="120"/>
        <w:ind w:left="-144" w:right="-144"/>
        <w:rPr>
          <w:lang w:val="es-PR"/>
        </w:rPr>
      </w:pPr>
      <w:r w:rsidRPr="00644B2A">
        <w:rPr>
          <w:b/>
          <w:color w:val="FFFFFF"/>
          <w:sz w:val="28"/>
          <w:lang w:val="es-PR"/>
        </w:rPr>
        <w:t xml:space="preserve">  </w:t>
      </w:r>
      <w:proofErr w:type="gramStart"/>
      <w:r>
        <w:rPr>
          <w:b/>
          <w:color w:val="FFFFFF"/>
          <w:sz w:val="28"/>
        </w:rPr>
        <w:t>🔍</w:t>
      </w:r>
      <w:r w:rsidRPr="00644B2A">
        <w:rPr>
          <w:b/>
          <w:color w:val="FFFFFF"/>
          <w:sz w:val="28"/>
          <w:lang w:val="es-PR"/>
        </w:rPr>
        <w:t xml:space="preserve">  2</w:t>
      </w:r>
      <w:proofErr w:type="gramEnd"/>
      <w:r w:rsidRPr="00644B2A">
        <w:rPr>
          <w:b/>
          <w:color w:val="FFFFFF"/>
          <w:sz w:val="28"/>
          <w:lang w:val="es-PR"/>
        </w:rPr>
        <w:t>. Glosario de Términos Clave</w:t>
      </w:r>
    </w:p>
    <w:p w14:paraId="5E8D4290" w14:textId="77777777" w:rsidR="00196831" w:rsidRPr="00644B2A" w:rsidRDefault="00000000">
      <w:pPr>
        <w:spacing w:after="60"/>
        <w:ind w:left="288"/>
        <w:rPr>
          <w:lang w:val="es-PR"/>
        </w:rPr>
      </w:pPr>
      <w:r w:rsidRPr="00644B2A">
        <w:rPr>
          <w:b/>
          <w:color w:val="2E75B6"/>
          <w:lang w:val="es-PR"/>
        </w:rPr>
        <w:t xml:space="preserve">Prompt: </w:t>
      </w:r>
      <w:r w:rsidRPr="00644B2A">
        <w:rPr>
          <w:lang w:val="es-PR"/>
        </w:rPr>
        <w:t>La instrucción o comando que le das a la IA.</w:t>
      </w:r>
    </w:p>
    <w:p w14:paraId="6C3F81B3" w14:textId="77777777" w:rsidR="00196831" w:rsidRPr="00644B2A" w:rsidRDefault="00000000">
      <w:pPr>
        <w:spacing w:after="60"/>
        <w:ind w:left="288"/>
        <w:rPr>
          <w:lang w:val="es-PR"/>
        </w:rPr>
      </w:pPr>
      <w:r w:rsidRPr="00644B2A">
        <w:rPr>
          <w:b/>
          <w:color w:val="2E75B6"/>
          <w:lang w:val="es-PR"/>
        </w:rPr>
        <w:t xml:space="preserve">CRAFT: </w:t>
      </w:r>
      <w:r w:rsidRPr="00644B2A">
        <w:rPr>
          <w:lang w:val="es-PR"/>
        </w:rPr>
        <w:t>Método de 5 componentes para construir prompts efectivos: Contexto, Rol, Acción, Formato y Target (Audiencia).</w:t>
      </w:r>
    </w:p>
    <w:p w14:paraId="5B5FA5BD" w14:textId="77777777" w:rsidR="00196831" w:rsidRPr="00644B2A" w:rsidRDefault="00000000">
      <w:pPr>
        <w:spacing w:after="60"/>
        <w:ind w:left="288"/>
        <w:rPr>
          <w:lang w:val="es-PR"/>
        </w:rPr>
      </w:pPr>
      <w:r w:rsidRPr="00644B2A">
        <w:rPr>
          <w:b/>
          <w:color w:val="2E75B6"/>
          <w:lang w:val="es-PR"/>
        </w:rPr>
        <w:t xml:space="preserve">EIS: </w:t>
      </w:r>
      <w:r w:rsidRPr="00644B2A">
        <w:rPr>
          <w:lang w:val="es-PR"/>
        </w:rPr>
        <w:t>Equipo Interdisciplinario Socioemocional.</w:t>
      </w:r>
    </w:p>
    <w:p w14:paraId="7F662B48" w14:textId="77777777" w:rsidR="00196831" w:rsidRPr="00644B2A" w:rsidRDefault="00000000">
      <w:pPr>
        <w:spacing w:after="60"/>
        <w:ind w:left="288"/>
        <w:rPr>
          <w:lang w:val="es-PR"/>
        </w:rPr>
      </w:pPr>
      <w:r w:rsidRPr="00644B2A">
        <w:rPr>
          <w:b/>
          <w:color w:val="2E75B6"/>
          <w:lang w:val="es-PR"/>
        </w:rPr>
        <w:t xml:space="preserve">COMPU: </w:t>
      </w:r>
      <w:r w:rsidRPr="00644B2A">
        <w:rPr>
          <w:lang w:val="es-PR"/>
        </w:rPr>
        <w:t>Comité de Programación y Ubicación.</w:t>
      </w:r>
    </w:p>
    <w:p w14:paraId="0D977161" w14:textId="77777777" w:rsidR="00196831" w:rsidRPr="00644B2A" w:rsidRDefault="00000000">
      <w:pPr>
        <w:spacing w:after="60"/>
        <w:ind w:left="288"/>
        <w:rPr>
          <w:lang w:val="es-PR"/>
        </w:rPr>
      </w:pPr>
      <w:r w:rsidRPr="00644B2A">
        <w:rPr>
          <w:b/>
          <w:color w:val="2E75B6"/>
          <w:lang w:val="es-PR"/>
        </w:rPr>
        <w:lastRenderedPageBreak/>
        <w:t xml:space="preserve">PEI: </w:t>
      </w:r>
      <w:r w:rsidRPr="00644B2A">
        <w:rPr>
          <w:lang w:val="es-PR"/>
        </w:rPr>
        <w:t>Programa Educativo Individualizado.</w:t>
      </w:r>
    </w:p>
    <w:p w14:paraId="05E55242" w14:textId="77777777" w:rsidR="00196831" w:rsidRPr="00644B2A" w:rsidRDefault="00000000">
      <w:pPr>
        <w:spacing w:after="60"/>
        <w:ind w:left="288"/>
        <w:rPr>
          <w:lang w:val="es-PR"/>
        </w:rPr>
      </w:pPr>
      <w:r w:rsidRPr="00644B2A">
        <w:rPr>
          <w:b/>
          <w:color w:val="2E75B6"/>
          <w:lang w:val="es-PR"/>
        </w:rPr>
        <w:t xml:space="preserve">Serie A: </w:t>
      </w:r>
      <w:r w:rsidRPr="00644B2A">
        <w:rPr>
          <w:lang w:val="es-PR"/>
        </w:rPr>
        <w:t>Formularios Administrativos (Ej. A05).</w:t>
      </w:r>
    </w:p>
    <w:p w14:paraId="49917469" w14:textId="77777777" w:rsidR="00196831" w:rsidRPr="00644B2A" w:rsidRDefault="00000000">
      <w:pPr>
        <w:spacing w:after="60"/>
        <w:ind w:left="288"/>
        <w:rPr>
          <w:lang w:val="es-PR"/>
        </w:rPr>
      </w:pPr>
      <w:r w:rsidRPr="00644B2A">
        <w:rPr>
          <w:b/>
          <w:color w:val="2E75B6"/>
          <w:lang w:val="es-PR"/>
        </w:rPr>
        <w:t xml:space="preserve">Serie P: </w:t>
      </w:r>
      <w:r w:rsidRPr="00644B2A">
        <w:rPr>
          <w:lang w:val="es-PR"/>
        </w:rPr>
        <w:t>Formularios Profesionales/Clínicos (Ej. P03, P06).</w:t>
      </w:r>
    </w:p>
    <w:p w14:paraId="6C2BB017" w14:textId="77777777" w:rsidR="00196831" w:rsidRPr="00644B2A" w:rsidRDefault="00000000">
      <w:pPr>
        <w:spacing w:after="60"/>
        <w:ind w:left="288"/>
        <w:rPr>
          <w:lang w:val="es-PR"/>
        </w:rPr>
      </w:pPr>
      <w:r w:rsidRPr="00644B2A">
        <w:rPr>
          <w:b/>
          <w:color w:val="2E75B6"/>
          <w:lang w:val="es-PR"/>
        </w:rPr>
        <w:t xml:space="preserve">FERPA: </w:t>
      </w:r>
      <w:r w:rsidRPr="00644B2A">
        <w:rPr>
          <w:lang w:val="es-PR"/>
        </w:rPr>
        <w:t>Ley federal que protege la privacidad de los expedientes educativos de los estudiantes.</w:t>
      </w:r>
    </w:p>
    <w:p w14:paraId="630F5B4A" w14:textId="77777777" w:rsidR="00196831" w:rsidRPr="00644B2A" w:rsidRDefault="00000000">
      <w:pPr>
        <w:spacing w:after="60"/>
        <w:ind w:left="288"/>
        <w:rPr>
          <w:lang w:val="es-PR"/>
        </w:rPr>
      </w:pPr>
      <w:r w:rsidRPr="00644B2A">
        <w:rPr>
          <w:b/>
          <w:color w:val="2E75B6"/>
          <w:lang w:val="es-PR"/>
        </w:rPr>
        <w:t xml:space="preserve">Ley 147: </w:t>
      </w:r>
      <w:r w:rsidRPr="00644B2A">
        <w:rPr>
          <w:lang w:val="es-PR"/>
        </w:rPr>
        <w:t>Ley de Consejeros Profesionales de Puerto Rico, que rige la práctica ética y legal del CPE.</w:t>
      </w:r>
    </w:p>
    <w:p w14:paraId="5F2E062A" w14:textId="77777777" w:rsidR="00196831" w:rsidRPr="00644B2A" w:rsidRDefault="00000000">
      <w:pPr>
        <w:shd w:val="clear" w:color="auto" w:fill="1F3864"/>
        <w:spacing w:before="280" w:after="120"/>
        <w:ind w:left="-144" w:right="-144"/>
        <w:rPr>
          <w:lang w:val="es-PR"/>
        </w:rPr>
      </w:pPr>
      <w:r w:rsidRPr="00644B2A">
        <w:rPr>
          <w:b/>
          <w:color w:val="FFFFFF"/>
          <w:sz w:val="28"/>
          <w:lang w:val="es-PR"/>
        </w:rPr>
        <w:t xml:space="preserve">  ⚡  3. Referencia Rápida: El Método CRAFT</w:t>
      </w:r>
    </w:p>
    <w:p w14:paraId="03AF62C3" w14:textId="77777777" w:rsidR="00196831" w:rsidRPr="00644B2A" w:rsidRDefault="00000000">
      <w:pPr>
        <w:spacing w:after="80"/>
        <w:rPr>
          <w:lang w:val="es-PR"/>
        </w:rPr>
      </w:pPr>
      <w:r w:rsidRPr="00644B2A">
        <w:rPr>
          <w:lang w:val="es-PR"/>
        </w:rPr>
        <w:t>CRAFT es el esqueleto de cada prompt. Usa las 5 preguntas guía para construir cualquier instrucción desde cero: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120"/>
        <w:gridCol w:w="3120"/>
        <w:gridCol w:w="3120"/>
      </w:tblGrid>
      <w:tr w:rsidR="00196831" w14:paraId="5DD6093A" w14:textId="77777777">
        <w:trPr>
          <w:jc w:val="center"/>
        </w:trPr>
        <w:tc>
          <w:tcPr>
            <w:tcW w:w="3120" w:type="dxa"/>
            <w:shd w:val="clear" w:color="auto" w:fill="1F3864"/>
          </w:tcPr>
          <w:p w14:paraId="7A6C7CB9" w14:textId="77777777" w:rsidR="00196831" w:rsidRDefault="00000000">
            <w:r>
              <w:rPr>
                <w:b/>
                <w:color w:val="FFFFFF"/>
              </w:rPr>
              <w:t>Letra</w:t>
            </w:r>
          </w:p>
        </w:tc>
        <w:tc>
          <w:tcPr>
            <w:tcW w:w="3120" w:type="dxa"/>
            <w:shd w:val="clear" w:color="auto" w:fill="1F3864"/>
          </w:tcPr>
          <w:p w14:paraId="2EF9B3A7" w14:textId="77777777" w:rsidR="00196831" w:rsidRDefault="00000000">
            <w:r>
              <w:rPr>
                <w:b/>
                <w:color w:val="FFFFFF"/>
              </w:rPr>
              <w:t>Componente</w:t>
            </w:r>
          </w:p>
        </w:tc>
        <w:tc>
          <w:tcPr>
            <w:tcW w:w="3120" w:type="dxa"/>
            <w:shd w:val="clear" w:color="auto" w:fill="1F3864"/>
          </w:tcPr>
          <w:p w14:paraId="3C6DDD78" w14:textId="77777777" w:rsidR="00196831" w:rsidRDefault="00000000">
            <w:r>
              <w:rPr>
                <w:b/>
                <w:color w:val="FFFFFF"/>
              </w:rPr>
              <w:t>Pregunta guía</w:t>
            </w:r>
          </w:p>
        </w:tc>
      </w:tr>
      <w:tr w:rsidR="00196831" w:rsidRPr="00644B2A" w14:paraId="7BF3BAE4" w14:textId="77777777">
        <w:trPr>
          <w:jc w:val="center"/>
        </w:trPr>
        <w:tc>
          <w:tcPr>
            <w:tcW w:w="3120" w:type="dxa"/>
            <w:shd w:val="clear" w:color="auto" w:fill="2E75B6"/>
          </w:tcPr>
          <w:p w14:paraId="772CDE98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</w:rPr>
              <w:t>C</w:t>
            </w:r>
          </w:p>
        </w:tc>
        <w:tc>
          <w:tcPr>
            <w:tcW w:w="3120" w:type="dxa"/>
            <w:shd w:val="clear" w:color="auto" w:fill="D6E4F0"/>
          </w:tcPr>
          <w:p w14:paraId="0F6455F9" w14:textId="77777777" w:rsidR="00196831" w:rsidRDefault="00000000">
            <w:pPr>
              <w:spacing w:before="40" w:after="40"/>
            </w:pPr>
            <w:r>
              <w:rPr>
                <w:color w:val="000000"/>
              </w:rPr>
              <w:t>Contexto</w:t>
            </w:r>
          </w:p>
        </w:tc>
        <w:tc>
          <w:tcPr>
            <w:tcW w:w="3120" w:type="dxa"/>
            <w:shd w:val="clear" w:color="auto" w:fill="D6E4F0"/>
          </w:tcPr>
          <w:p w14:paraId="1742E263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color w:val="000000"/>
                <w:lang w:val="es-PR"/>
              </w:rPr>
              <w:t>¿Cuál es la situación específica que enfrentas?</w:t>
            </w:r>
          </w:p>
        </w:tc>
      </w:tr>
      <w:tr w:rsidR="00196831" w:rsidRPr="00644B2A" w14:paraId="208CF158" w14:textId="77777777">
        <w:trPr>
          <w:jc w:val="center"/>
        </w:trPr>
        <w:tc>
          <w:tcPr>
            <w:tcW w:w="3120" w:type="dxa"/>
            <w:shd w:val="clear" w:color="auto" w:fill="2E75B6"/>
          </w:tcPr>
          <w:p w14:paraId="5055AF3E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</w:rPr>
              <w:t>R</w:t>
            </w:r>
          </w:p>
        </w:tc>
        <w:tc>
          <w:tcPr>
            <w:tcW w:w="3120" w:type="dxa"/>
            <w:shd w:val="clear" w:color="auto" w:fill="EBF3FB"/>
          </w:tcPr>
          <w:p w14:paraId="0230C574" w14:textId="77777777" w:rsidR="00196831" w:rsidRDefault="00000000">
            <w:pPr>
              <w:spacing w:before="40" w:after="40"/>
            </w:pPr>
            <w:r>
              <w:rPr>
                <w:color w:val="000000"/>
              </w:rPr>
              <w:t>Rol</w:t>
            </w:r>
          </w:p>
        </w:tc>
        <w:tc>
          <w:tcPr>
            <w:tcW w:w="3120" w:type="dxa"/>
            <w:shd w:val="clear" w:color="auto" w:fill="EBF3FB"/>
          </w:tcPr>
          <w:p w14:paraId="2413A425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color w:val="000000"/>
                <w:lang w:val="es-PR"/>
              </w:rPr>
              <w:t>¿Quién debe ser la IA para este caso?</w:t>
            </w:r>
          </w:p>
        </w:tc>
      </w:tr>
      <w:tr w:rsidR="00196831" w:rsidRPr="00644B2A" w14:paraId="2EA2CB9E" w14:textId="77777777">
        <w:trPr>
          <w:jc w:val="center"/>
        </w:trPr>
        <w:tc>
          <w:tcPr>
            <w:tcW w:w="3120" w:type="dxa"/>
            <w:shd w:val="clear" w:color="auto" w:fill="2E75B6"/>
          </w:tcPr>
          <w:p w14:paraId="5A13758A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</w:rPr>
              <w:t>A</w:t>
            </w:r>
          </w:p>
        </w:tc>
        <w:tc>
          <w:tcPr>
            <w:tcW w:w="3120" w:type="dxa"/>
            <w:shd w:val="clear" w:color="auto" w:fill="D6E4F0"/>
          </w:tcPr>
          <w:p w14:paraId="37910E4B" w14:textId="77777777" w:rsidR="00196831" w:rsidRDefault="00000000">
            <w:pPr>
              <w:spacing w:before="40" w:after="40"/>
            </w:pPr>
            <w:r>
              <w:rPr>
                <w:color w:val="000000"/>
              </w:rPr>
              <w:t>Acción</w:t>
            </w:r>
          </w:p>
        </w:tc>
        <w:tc>
          <w:tcPr>
            <w:tcW w:w="3120" w:type="dxa"/>
            <w:shd w:val="clear" w:color="auto" w:fill="D6E4F0"/>
          </w:tcPr>
          <w:p w14:paraId="52DE20F2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color w:val="000000"/>
                <w:lang w:val="es-PR"/>
              </w:rPr>
              <w:t>¿Qué debe hacer la IA y cómo debe hacerlo?</w:t>
            </w:r>
          </w:p>
        </w:tc>
      </w:tr>
      <w:tr w:rsidR="00196831" w:rsidRPr="00644B2A" w14:paraId="28658388" w14:textId="77777777">
        <w:trPr>
          <w:jc w:val="center"/>
        </w:trPr>
        <w:tc>
          <w:tcPr>
            <w:tcW w:w="3120" w:type="dxa"/>
            <w:shd w:val="clear" w:color="auto" w:fill="2E75B6"/>
          </w:tcPr>
          <w:p w14:paraId="366A2EDC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</w:rPr>
              <w:t>F</w:t>
            </w:r>
          </w:p>
        </w:tc>
        <w:tc>
          <w:tcPr>
            <w:tcW w:w="3120" w:type="dxa"/>
            <w:shd w:val="clear" w:color="auto" w:fill="EBF3FB"/>
          </w:tcPr>
          <w:p w14:paraId="22948C2F" w14:textId="77777777" w:rsidR="00196831" w:rsidRDefault="00000000">
            <w:pPr>
              <w:spacing w:before="40" w:after="40"/>
            </w:pPr>
            <w:r>
              <w:rPr>
                <w:color w:val="000000"/>
              </w:rPr>
              <w:t>Formato</w:t>
            </w:r>
          </w:p>
        </w:tc>
        <w:tc>
          <w:tcPr>
            <w:tcW w:w="3120" w:type="dxa"/>
            <w:shd w:val="clear" w:color="auto" w:fill="EBF3FB"/>
          </w:tcPr>
          <w:p w14:paraId="37D2ADE2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color w:val="000000"/>
                <w:lang w:val="es-PR"/>
              </w:rPr>
              <w:t>¿Cómo quieres que se presente la respuesta?</w:t>
            </w:r>
          </w:p>
        </w:tc>
      </w:tr>
      <w:tr w:rsidR="00196831" w:rsidRPr="00644B2A" w14:paraId="04BA0368" w14:textId="77777777">
        <w:trPr>
          <w:jc w:val="center"/>
        </w:trPr>
        <w:tc>
          <w:tcPr>
            <w:tcW w:w="3120" w:type="dxa"/>
            <w:shd w:val="clear" w:color="auto" w:fill="2E75B6"/>
          </w:tcPr>
          <w:p w14:paraId="5973B65F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</w:rPr>
              <w:t>T</w:t>
            </w:r>
          </w:p>
        </w:tc>
        <w:tc>
          <w:tcPr>
            <w:tcW w:w="3120" w:type="dxa"/>
            <w:shd w:val="clear" w:color="auto" w:fill="D6E4F0"/>
          </w:tcPr>
          <w:p w14:paraId="47283CAB" w14:textId="77777777" w:rsidR="00196831" w:rsidRDefault="00000000">
            <w:pPr>
              <w:spacing w:before="40" w:after="40"/>
            </w:pPr>
            <w:r>
              <w:rPr>
                <w:color w:val="000000"/>
              </w:rPr>
              <w:t>Target (Audiencia)</w:t>
            </w:r>
          </w:p>
        </w:tc>
        <w:tc>
          <w:tcPr>
            <w:tcW w:w="3120" w:type="dxa"/>
            <w:shd w:val="clear" w:color="auto" w:fill="D6E4F0"/>
          </w:tcPr>
          <w:p w14:paraId="6DAC4402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color w:val="000000"/>
                <w:lang w:val="es-PR"/>
              </w:rPr>
              <w:t>¿A quién va dirigido el producto final?</w:t>
            </w:r>
          </w:p>
        </w:tc>
      </w:tr>
    </w:tbl>
    <w:p w14:paraId="6F2157DD" w14:textId="77777777" w:rsidR="00196831" w:rsidRPr="00644B2A" w:rsidRDefault="00196831">
      <w:pPr>
        <w:rPr>
          <w:lang w:val="es-P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360"/>
      </w:tblGrid>
      <w:tr w:rsidR="00196831" w:rsidRPr="00644B2A" w14:paraId="68CD4D98" w14:textId="77777777">
        <w:tc>
          <w:tcPr>
            <w:tcW w:w="9360" w:type="dxa"/>
            <w:shd w:val="clear" w:color="auto" w:fill="FFF9C4"/>
          </w:tcPr>
          <w:p w14:paraId="6D34A421" w14:textId="77777777" w:rsidR="00196831" w:rsidRPr="00644B2A" w:rsidRDefault="00196831">
            <w:pPr>
              <w:rPr>
                <w:lang w:val="es-PR"/>
              </w:rPr>
            </w:pPr>
          </w:p>
          <w:p w14:paraId="178986F1" w14:textId="77777777" w:rsidR="00196831" w:rsidRPr="00644B2A" w:rsidRDefault="00000000">
            <w:pPr>
              <w:spacing w:after="80"/>
              <w:rPr>
                <w:lang w:val="es-PR"/>
              </w:rPr>
            </w:pPr>
            <w:r>
              <w:rPr>
                <w:b/>
                <w:color w:val="1F3864"/>
              </w:rPr>
              <w:t>💡</w:t>
            </w:r>
            <w:r w:rsidRPr="00644B2A">
              <w:rPr>
                <w:b/>
                <w:color w:val="1F3864"/>
                <w:lang w:val="es-PR"/>
              </w:rPr>
              <w:t xml:space="preserve">  ¿Cómo se relacionan Acción y Target?</w:t>
            </w:r>
          </w:p>
          <w:p w14:paraId="120A9642" w14:textId="77777777" w:rsidR="00196831" w:rsidRPr="00644B2A" w:rsidRDefault="00000000">
            <w:pPr>
              <w:spacing w:after="40"/>
              <w:rPr>
                <w:lang w:val="es-PR"/>
              </w:rPr>
            </w:pPr>
            <w:r w:rsidRPr="00644B2A">
              <w:rPr>
                <w:b/>
                <w:lang w:val="es-PR"/>
              </w:rPr>
              <w:t xml:space="preserve">Acción </w:t>
            </w:r>
            <w:r w:rsidRPr="00644B2A">
              <w:rPr>
                <w:lang w:val="es-PR"/>
              </w:rPr>
              <w:t>define QUÉ produce la IA y CÓMO lo hace.</w:t>
            </w:r>
          </w:p>
          <w:p w14:paraId="3B331920" w14:textId="77777777" w:rsidR="00196831" w:rsidRPr="00644B2A" w:rsidRDefault="00000000">
            <w:pPr>
              <w:spacing w:after="40"/>
              <w:rPr>
                <w:lang w:val="es-PR"/>
              </w:rPr>
            </w:pPr>
            <w:r w:rsidRPr="00644B2A">
              <w:rPr>
                <w:b/>
                <w:lang w:val="es-PR"/>
              </w:rPr>
              <w:t xml:space="preserve">Target  </w:t>
            </w:r>
            <w:r w:rsidRPr="00644B2A">
              <w:rPr>
                <w:lang w:val="es-PR"/>
              </w:rPr>
              <w:t>define PARA QUIÉN es ese producto (estudiante, padre, director, agencia externa).</w:t>
            </w:r>
          </w:p>
          <w:p w14:paraId="3257AE7A" w14:textId="77777777" w:rsidR="00196831" w:rsidRPr="00644B2A" w:rsidRDefault="00000000">
            <w:pPr>
              <w:spacing w:after="40"/>
              <w:rPr>
                <w:lang w:val="es-PR"/>
              </w:rPr>
            </w:pPr>
            <w:r w:rsidRPr="00644B2A">
              <w:rPr>
                <w:lang w:val="es-PR"/>
              </w:rPr>
              <w:t>Ejemplo: Acción = "Redacta un guion explicando la confidencialidad" | Target = "Estudiante de 3er grado"</w:t>
            </w:r>
          </w:p>
        </w:tc>
      </w:tr>
    </w:tbl>
    <w:p w14:paraId="2726A0CE" w14:textId="77777777" w:rsidR="00196831" w:rsidRPr="00644B2A" w:rsidRDefault="00196831">
      <w:pPr>
        <w:rPr>
          <w:lang w:val="es-PR"/>
        </w:rPr>
      </w:pPr>
    </w:p>
    <w:p w14:paraId="0FF3B77C" w14:textId="77777777" w:rsidR="00196831" w:rsidRPr="00644B2A" w:rsidRDefault="00000000">
      <w:pPr>
        <w:shd w:val="clear" w:color="auto" w:fill="1F3864"/>
        <w:spacing w:before="280" w:after="120"/>
        <w:ind w:left="-144" w:right="-144"/>
        <w:rPr>
          <w:lang w:val="es-PR"/>
        </w:rPr>
      </w:pPr>
      <w:r w:rsidRPr="00644B2A">
        <w:rPr>
          <w:b/>
          <w:color w:val="FFFFFF"/>
          <w:sz w:val="28"/>
          <w:lang w:val="es-PR"/>
        </w:rPr>
        <w:t xml:space="preserve">  </w:t>
      </w:r>
      <w:r>
        <w:rPr>
          <w:b/>
          <w:color w:val="FFFFFF"/>
          <w:sz w:val="28"/>
        </w:rPr>
        <w:t>🛠</w:t>
      </w:r>
      <w:r w:rsidRPr="00644B2A">
        <w:rPr>
          <w:b/>
          <w:color w:val="FFFFFF"/>
          <w:sz w:val="28"/>
          <w:lang w:val="es-PR"/>
        </w:rPr>
        <w:t xml:space="preserve">  4. Componentes del Prompt (Listas de Referencia)</w:t>
      </w:r>
    </w:p>
    <w:p w14:paraId="13D2CFD0" w14:textId="77777777" w:rsidR="00196831" w:rsidRPr="00644B2A" w:rsidRDefault="00000000">
      <w:pPr>
        <w:spacing w:after="80"/>
        <w:rPr>
          <w:lang w:val="es-PR"/>
        </w:rPr>
      </w:pPr>
      <w:r w:rsidRPr="00644B2A">
        <w:rPr>
          <w:lang w:val="es-PR"/>
        </w:rPr>
        <w:t>Combina libremente un elemento de cada lista para construir tu propio prompt. Con 10 opciones por categoría tienes miles de combinaciones posibles.</w:t>
      </w:r>
    </w:p>
    <w:p w14:paraId="197B2825" w14:textId="77777777" w:rsidR="00196831" w:rsidRPr="00644B2A" w:rsidRDefault="00000000">
      <w:pPr>
        <w:pBdr>
          <w:bottom w:val="single" w:sz="8" w:space="1" w:color="2E75B6"/>
        </w:pBdr>
        <w:spacing w:before="200" w:after="80"/>
        <w:rPr>
          <w:lang w:val="es-PR"/>
        </w:rPr>
      </w:pPr>
      <w:r w:rsidRPr="00644B2A">
        <w:rPr>
          <w:b/>
          <w:color w:val="2E75B6"/>
          <w:sz w:val="24"/>
          <w:lang w:val="es-PR"/>
        </w:rPr>
        <w:t>1. ROLES — ¿Quién debe ser la IA?</w:t>
      </w:r>
    </w:p>
    <w:p w14:paraId="24BFD528" w14:textId="77777777" w:rsidR="00196831" w:rsidRPr="00644B2A" w:rsidRDefault="00000000">
      <w:pPr>
        <w:pStyle w:val="ListBullet"/>
        <w:spacing w:after="60"/>
        <w:ind w:left="432"/>
        <w:rPr>
          <w:lang w:val="es-PR"/>
        </w:rPr>
      </w:pPr>
      <w:r w:rsidRPr="00644B2A">
        <w:rPr>
          <w:b/>
          <w:lang w:val="es-PR"/>
        </w:rPr>
        <w:t>Consejero Profesional Escolar (CPE) Licenciado</w:t>
      </w:r>
      <w:r w:rsidRPr="00644B2A">
        <w:rPr>
          <w:lang w:val="es-PR"/>
        </w:rPr>
        <w:t>: Rol base. Enfocado en ética, confidencialidad y los tres dominios (académico, carrera, personal/social).</w:t>
      </w:r>
    </w:p>
    <w:p w14:paraId="6E611E78" w14:textId="77777777" w:rsidR="00196831" w:rsidRPr="00644B2A" w:rsidRDefault="00000000">
      <w:pPr>
        <w:pStyle w:val="ListBullet"/>
        <w:spacing w:after="60"/>
        <w:ind w:left="432"/>
        <w:rPr>
          <w:lang w:val="es-PR"/>
        </w:rPr>
      </w:pPr>
      <w:r w:rsidRPr="00644B2A">
        <w:rPr>
          <w:b/>
          <w:lang w:val="es-PR"/>
        </w:rPr>
        <w:t>Coordinador del EIS</w:t>
      </w:r>
      <w:r w:rsidRPr="00644B2A">
        <w:rPr>
          <w:lang w:val="es-PR"/>
        </w:rPr>
        <w:t>: Colaboración con Trabajador Social y Psicólogo para casos complejos.</w:t>
      </w:r>
    </w:p>
    <w:p w14:paraId="1EDAD19D" w14:textId="77777777" w:rsidR="00196831" w:rsidRPr="00644B2A" w:rsidRDefault="00000000">
      <w:pPr>
        <w:pStyle w:val="ListBullet"/>
        <w:spacing w:after="60"/>
        <w:ind w:left="432"/>
        <w:rPr>
          <w:lang w:val="es-PR"/>
        </w:rPr>
      </w:pPr>
      <w:r w:rsidRPr="00644B2A">
        <w:rPr>
          <w:b/>
          <w:lang w:val="es-PR"/>
        </w:rPr>
        <w:t>Gestor de Cumplimiento Normativo</w:t>
      </w:r>
      <w:r w:rsidRPr="00644B2A">
        <w:rPr>
          <w:lang w:val="es-PR"/>
        </w:rPr>
        <w:t>: Experto en auditorías que asegura cumplimiento con la Carta Circular 07-2020-2021.</w:t>
      </w:r>
    </w:p>
    <w:p w14:paraId="4BA83CCA" w14:textId="77777777" w:rsidR="00196831" w:rsidRPr="00644B2A" w:rsidRDefault="00000000">
      <w:pPr>
        <w:pStyle w:val="ListBullet"/>
        <w:spacing w:after="60"/>
        <w:ind w:left="432"/>
        <w:rPr>
          <w:lang w:val="es-PR"/>
        </w:rPr>
      </w:pPr>
      <w:r w:rsidRPr="00644B2A">
        <w:rPr>
          <w:b/>
          <w:lang w:val="es-PR"/>
        </w:rPr>
        <w:lastRenderedPageBreak/>
        <w:t>Especialista en Diagnóstico Situacional</w:t>
      </w:r>
      <w:r w:rsidRPr="00644B2A">
        <w:rPr>
          <w:lang w:val="es-PR"/>
        </w:rPr>
        <w:t>: Rol clínico para redactar referidos (P06) con conductas observables y necesidades.</w:t>
      </w:r>
    </w:p>
    <w:p w14:paraId="1030F989" w14:textId="77777777" w:rsidR="00196831" w:rsidRPr="00644B2A" w:rsidRDefault="00000000">
      <w:pPr>
        <w:pStyle w:val="ListBullet"/>
        <w:spacing w:after="60"/>
        <w:ind w:left="432"/>
        <w:rPr>
          <w:lang w:val="es-PR"/>
        </w:rPr>
      </w:pPr>
      <w:r w:rsidRPr="00644B2A">
        <w:rPr>
          <w:b/>
          <w:lang w:val="es-PR"/>
        </w:rPr>
        <w:t>Facilitador de Escuela para Padres</w:t>
      </w:r>
      <w:r w:rsidRPr="00644B2A">
        <w:rPr>
          <w:lang w:val="es-PR"/>
        </w:rPr>
        <w:t>: Tono empático y educativo, ideal para los manuales Serie Familia (C002).</w:t>
      </w:r>
    </w:p>
    <w:p w14:paraId="41E1C2AE" w14:textId="77777777" w:rsidR="00196831" w:rsidRPr="00644B2A" w:rsidRDefault="00000000">
      <w:pPr>
        <w:pStyle w:val="ListBullet"/>
        <w:spacing w:after="60"/>
        <w:ind w:left="432"/>
        <w:rPr>
          <w:lang w:val="es-PR"/>
        </w:rPr>
      </w:pPr>
      <w:r w:rsidRPr="00644B2A">
        <w:rPr>
          <w:b/>
          <w:lang w:val="es-PR"/>
        </w:rPr>
        <w:t>Consultor Académico de COMPU</w:t>
      </w:r>
      <w:r w:rsidRPr="00644B2A">
        <w:rPr>
          <w:lang w:val="es-PR"/>
        </w:rPr>
        <w:t>: Experto en Educación Especial que traduce diagnósticos en acomodos y metas para el PEI.</w:t>
      </w:r>
    </w:p>
    <w:p w14:paraId="0CF652BF" w14:textId="77777777" w:rsidR="00196831" w:rsidRPr="00644B2A" w:rsidRDefault="00000000">
      <w:pPr>
        <w:pStyle w:val="ListBullet"/>
        <w:spacing w:after="60"/>
        <w:ind w:left="432"/>
        <w:rPr>
          <w:lang w:val="es-PR"/>
        </w:rPr>
      </w:pPr>
      <w:r w:rsidRPr="00644B2A">
        <w:rPr>
          <w:b/>
          <w:lang w:val="es-PR"/>
        </w:rPr>
        <w:t>Asesor de Organizaciones Estudiantiles</w:t>
      </w:r>
      <w:r w:rsidRPr="00644B2A">
        <w:rPr>
          <w:lang w:val="es-PR"/>
        </w:rPr>
        <w:t>: Mentor de liderazgo enfocado en el Manual de Organizaciones Estudiantiles.</w:t>
      </w:r>
    </w:p>
    <w:p w14:paraId="60D13271" w14:textId="77777777" w:rsidR="00196831" w:rsidRPr="00644B2A" w:rsidRDefault="00000000">
      <w:pPr>
        <w:pStyle w:val="ListBullet"/>
        <w:spacing w:after="60"/>
        <w:ind w:left="432"/>
        <w:rPr>
          <w:lang w:val="es-PR"/>
        </w:rPr>
      </w:pPr>
      <w:r w:rsidRPr="00644B2A">
        <w:rPr>
          <w:b/>
          <w:lang w:val="es-PR"/>
        </w:rPr>
        <w:t>Manejador de Crisis Escolares</w:t>
      </w:r>
      <w:r w:rsidRPr="00644B2A">
        <w:rPr>
          <w:lang w:val="es-PR"/>
        </w:rPr>
        <w:t>: Actúa bajo presión siguiendo el Manual de Protocolos de Crisis 2025.</w:t>
      </w:r>
    </w:p>
    <w:p w14:paraId="5488F6B6" w14:textId="77777777" w:rsidR="00196831" w:rsidRPr="00644B2A" w:rsidRDefault="00000000">
      <w:pPr>
        <w:pStyle w:val="ListBullet"/>
        <w:spacing w:after="60"/>
        <w:ind w:left="432"/>
        <w:rPr>
          <w:lang w:val="es-PR"/>
        </w:rPr>
      </w:pPr>
      <w:r w:rsidRPr="00644B2A">
        <w:rPr>
          <w:b/>
          <w:lang w:val="es-PR"/>
        </w:rPr>
        <w:t>Analista de Datos Socioeducativos</w:t>
      </w:r>
      <w:r w:rsidRPr="00644B2A">
        <w:rPr>
          <w:lang w:val="es-PR"/>
        </w:rPr>
        <w:t>: Procesa Estudios de Necesidades (A01-A04) y los convierte en planes de trabajo.</w:t>
      </w:r>
    </w:p>
    <w:p w14:paraId="256D7FE8" w14:textId="77777777" w:rsidR="00196831" w:rsidRPr="00644B2A" w:rsidRDefault="00000000">
      <w:pPr>
        <w:pStyle w:val="ListBullet"/>
        <w:spacing w:after="60"/>
        <w:ind w:left="432"/>
        <w:rPr>
          <w:lang w:val="es-PR"/>
        </w:rPr>
      </w:pPr>
      <w:r w:rsidRPr="00644B2A">
        <w:rPr>
          <w:b/>
          <w:lang w:val="es-PR"/>
        </w:rPr>
        <w:t>Enlace Postsecundario y de Carrera</w:t>
      </w:r>
      <w:r w:rsidRPr="00644B2A">
        <w:rPr>
          <w:lang w:val="es-PR"/>
        </w:rPr>
        <w:t>: Experto en ASVAB, becas FAFSA y transición universitaria.</w:t>
      </w:r>
    </w:p>
    <w:p w14:paraId="74D0AE4F" w14:textId="77777777" w:rsidR="00196831" w:rsidRPr="00644B2A" w:rsidRDefault="00000000">
      <w:pPr>
        <w:pBdr>
          <w:bottom w:val="single" w:sz="8" w:space="1" w:color="2E75B6"/>
        </w:pBdr>
        <w:spacing w:before="200" w:after="80"/>
        <w:rPr>
          <w:lang w:val="es-PR"/>
        </w:rPr>
      </w:pPr>
      <w:r w:rsidRPr="00644B2A">
        <w:rPr>
          <w:b/>
          <w:color w:val="2E75B6"/>
          <w:sz w:val="24"/>
          <w:lang w:val="es-PR"/>
        </w:rPr>
        <w:t>2. ACCIONES — ¿Qué le pides que haga?</w:t>
      </w:r>
    </w:p>
    <w:p w14:paraId="04BC1466" w14:textId="77777777" w:rsidR="00196831" w:rsidRDefault="00000000">
      <w:pPr>
        <w:pStyle w:val="ListBullet"/>
        <w:spacing w:after="60"/>
        <w:ind w:left="432"/>
      </w:pPr>
      <w:r w:rsidRPr="00644B2A">
        <w:rPr>
          <w:b/>
          <w:lang w:val="es-PR"/>
        </w:rPr>
        <w:t>Sintetizar</w:t>
      </w:r>
      <w:r w:rsidRPr="00644B2A">
        <w:rPr>
          <w:lang w:val="es-PR"/>
        </w:rPr>
        <w:t xml:space="preserve">: Convertir notas desordenadas en documentos coherentes (ej. </w:t>
      </w:r>
      <w:r>
        <w:t>Minuta P03).</w:t>
      </w:r>
    </w:p>
    <w:p w14:paraId="3E673EBC" w14:textId="77777777" w:rsidR="00196831" w:rsidRPr="00644B2A" w:rsidRDefault="00000000">
      <w:pPr>
        <w:pStyle w:val="ListBullet"/>
        <w:spacing w:after="60"/>
        <w:ind w:left="432"/>
        <w:rPr>
          <w:lang w:val="es-PR"/>
        </w:rPr>
      </w:pPr>
      <w:r w:rsidRPr="00644B2A">
        <w:rPr>
          <w:b/>
          <w:lang w:val="es-PR"/>
        </w:rPr>
        <w:t>Alinear</w:t>
      </w:r>
      <w:r w:rsidRPr="00644B2A">
        <w:rPr>
          <w:lang w:val="es-PR"/>
        </w:rPr>
        <w:t>: Asegurar que una actividad responda directamente a una Meta Programática del DEPR.</w:t>
      </w:r>
    </w:p>
    <w:p w14:paraId="19DE762F" w14:textId="77777777" w:rsidR="00196831" w:rsidRPr="00644B2A" w:rsidRDefault="00000000">
      <w:pPr>
        <w:pStyle w:val="ListBullet"/>
        <w:spacing w:after="60"/>
        <w:ind w:left="432"/>
        <w:rPr>
          <w:lang w:val="es-PR"/>
        </w:rPr>
      </w:pPr>
      <w:r w:rsidRPr="00644B2A">
        <w:rPr>
          <w:b/>
          <w:lang w:val="es-PR"/>
        </w:rPr>
        <w:t>Justificar</w:t>
      </w:r>
      <w:r w:rsidRPr="00644B2A">
        <w:rPr>
          <w:lang w:val="es-PR"/>
        </w:rPr>
        <w:t>: Redactar la base legal o científica de una intervención o taller.</w:t>
      </w:r>
    </w:p>
    <w:p w14:paraId="0668B248" w14:textId="77777777" w:rsidR="00196831" w:rsidRPr="00644B2A" w:rsidRDefault="00000000">
      <w:pPr>
        <w:pStyle w:val="ListBullet"/>
        <w:spacing w:after="60"/>
        <w:ind w:left="432"/>
        <w:rPr>
          <w:lang w:val="es-PR"/>
        </w:rPr>
      </w:pPr>
      <w:r w:rsidRPr="00644B2A">
        <w:rPr>
          <w:b/>
          <w:lang w:val="es-PR"/>
        </w:rPr>
        <w:t>Operacionalizar</w:t>
      </w:r>
      <w:r w:rsidRPr="00644B2A">
        <w:rPr>
          <w:lang w:val="es-PR"/>
        </w:rPr>
        <w:t>: Convertir una idea abstracta en objetivos medibles SMART.</w:t>
      </w:r>
    </w:p>
    <w:p w14:paraId="798C3963" w14:textId="77777777" w:rsidR="00196831" w:rsidRPr="00644B2A" w:rsidRDefault="00000000">
      <w:pPr>
        <w:pStyle w:val="ListBullet"/>
        <w:spacing w:after="60"/>
        <w:ind w:left="432"/>
        <w:rPr>
          <w:lang w:val="es-PR"/>
        </w:rPr>
      </w:pPr>
      <w:r w:rsidRPr="00644B2A">
        <w:rPr>
          <w:b/>
          <w:lang w:val="es-PR"/>
        </w:rPr>
        <w:t>Categorizar</w:t>
      </w:r>
      <w:r w:rsidRPr="00644B2A">
        <w:rPr>
          <w:lang w:val="es-PR"/>
        </w:rPr>
        <w:t>: Clasificar necesidades en los dominios Académico, Ocupacional o Socioemocional.</w:t>
      </w:r>
    </w:p>
    <w:p w14:paraId="138284E0" w14:textId="77777777" w:rsidR="00196831" w:rsidRPr="00644B2A" w:rsidRDefault="00000000">
      <w:pPr>
        <w:pStyle w:val="ListBullet"/>
        <w:spacing w:after="60"/>
        <w:ind w:left="432"/>
        <w:rPr>
          <w:lang w:val="es-PR"/>
        </w:rPr>
      </w:pPr>
      <w:r w:rsidRPr="00644B2A">
        <w:rPr>
          <w:b/>
          <w:lang w:val="es-PR"/>
        </w:rPr>
        <w:t>Validar</w:t>
      </w:r>
      <w:r w:rsidRPr="00644B2A">
        <w:rPr>
          <w:lang w:val="es-PR"/>
        </w:rPr>
        <w:t>: Cotejar un expediente contra la Guía de Monitoria A07 para detectar errores.</w:t>
      </w:r>
    </w:p>
    <w:p w14:paraId="11304D3C" w14:textId="77777777" w:rsidR="00196831" w:rsidRPr="00644B2A" w:rsidRDefault="00000000">
      <w:pPr>
        <w:pStyle w:val="ListBullet"/>
        <w:spacing w:after="60"/>
        <w:ind w:left="432"/>
        <w:rPr>
          <w:lang w:val="es-PR"/>
        </w:rPr>
      </w:pPr>
      <w:r w:rsidRPr="00644B2A">
        <w:rPr>
          <w:b/>
          <w:lang w:val="es-PR"/>
        </w:rPr>
        <w:t>Proyectar</w:t>
      </w:r>
      <w:r w:rsidRPr="00644B2A">
        <w:rPr>
          <w:lang w:val="es-PR"/>
        </w:rPr>
        <w:t>: Crear un calendario de servicios mensual basado en el calendario escolar.</w:t>
      </w:r>
    </w:p>
    <w:p w14:paraId="050FB1B2" w14:textId="77777777" w:rsidR="00196831" w:rsidRPr="00644B2A" w:rsidRDefault="00000000">
      <w:pPr>
        <w:pStyle w:val="ListBullet"/>
        <w:spacing w:after="60"/>
        <w:ind w:left="432"/>
        <w:rPr>
          <w:lang w:val="es-PR"/>
        </w:rPr>
      </w:pPr>
      <w:r w:rsidRPr="00644B2A">
        <w:rPr>
          <w:b/>
          <w:lang w:val="es-PR"/>
        </w:rPr>
        <w:t>Diferenciar</w:t>
      </w:r>
      <w:r w:rsidRPr="00644B2A">
        <w:rPr>
          <w:lang w:val="es-PR"/>
        </w:rPr>
        <w:t>: Adaptar una orientación para diferentes niveles (Elemental vs. Superior).</w:t>
      </w:r>
    </w:p>
    <w:p w14:paraId="4620A44C" w14:textId="77777777" w:rsidR="00196831" w:rsidRPr="00644B2A" w:rsidRDefault="00000000">
      <w:pPr>
        <w:pStyle w:val="ListBullet"/>
        <w:spacing w:after="60"/>
        <w:ind w:left="432"/>
        <w:rPr>
          <w:lang w:val="es-PR"/>
        </w:rPr>
      </w:pPr>
      <w:r w:rsidRPr="00644B2A">
        <w:rPr>
          <w:b/>
          <w:lang w:val="es-PR"/>
        </w:rPr>
        <w:t>Documentar</w:t>
      </w:r>
      <w:r w:rsidRPr="00644B2A">
        <w:rPr>
          <w:lang w:val="es-PR"/>
        </w:rPr>
        <w:t>: Registrar paso a paso una intervención manteniendo la cadena de custodia.</w:t>
      </w:r>
    </w:p>
    <w:p w14:paraId="6D4BDF02" w14:textId="77777777" w:rsidR="00196831" w:rsidRPr="00644B2A" w:rsidRDefault="00000000">
      <w:pPr>
        <w:pStyle w:val="ListBullet"/>
        <w:spacing w:after="60"/>
        <w:ind w:left="432"/>
        <w:rPr>
          <w:lang w:val="es-PR"/>
        </w:rPr>
      </w:pPr>
      <w:r w:rsidRPr="00644B2A">
        <w:rPr>
          <w:b/>
          <w:lang w:val="es-PR"/>
        </w:rPr>
        <w:t>Referir</w:t>
      </w:r>
      <w:r w:rsidRPr="00644B2A">
        <w:rPr>
          <w:lang w:val="es-PR"/>
        </w:rPr>
        <w:t>: Redactar una narrativa técnica que justifique la urgencia de un caso ante una agencia.</w:t>
      </w:r>
    </w:p>
    <w:p w14:paraId="12B7430B" w14:textId="77777777" w:rsidR="00196831" w:rsidRPr="00644B2A" w:rsidRDefault="00000000">
      <w:pPr>
        <w:pBdr>
          <w:bottom w:val="single" w:sz="8" w:space="1" w:color="2E75B6"/>
        </w:pBdr>
        <w:spacing w:before="200" w:after="80"/>
        <w:rPr>
          <w:lang w:val="es-PR"/>
        </w:rPr>
      </w:pPr>
      <w:r w:rsidRPr="00644B2A">
        <w:rPr>
          <w:b/>
          <w:color w:val="2E75B6"/>
          <w:sz w:val="24"/>
          <w:lang w:val="es-PR"/>
        </w:rPr>
        <w:t>3. FORMATOS — ¿Cómo quieres la respuesta?</w:t>
      </w:r>
    </w:p>
    <w:p w14:paraId="1B93C574" w14:textId="77777777" w:rsidR="00196831" w:rsidRPr="00644B2A" w:rsidRDefault="00000000">
      <w:pPr>
        <w:pStyle w:val="ListBullet"/>
        <w:spacing w:after="60"/>
        <w:ind w:left="432"/>
        <w:rPr>
          <w:lang w:val="es-PR"/>
        </w:rPr>
      </w:pPr>
      <w:r w:rsidRPr="00644B2A">
        <w:rPr>
          <w:b/>
          <w:lang w:val="es-PR"/>
        </w:rPr>
        <w:t>Tabla de Planificación Semanal</w:t>
      </w:r>
      <w:r w:rsidRPr="00644B2A">
        <w:rPr>
          <w:lang w:val="es-PR"/>
        </w:rPr>
        <w:t>: Columnas de Hora, Tarea, Comentarios y Firma.</w:t>
      </w:r>
    </w:p>
    <w:p w14:paraId="0F0ABF6C" w14:textId="77777777" w:rsidR="00196831" w:rsidRPr="00644B2A" w:rsidRDefault="00000000">
      <w:pPr>
        <w:pStyle w:val="ListBullet"/>
        <w:spacing w:after="60"/>
        <w:ind w:left="432"/>
        <w:rPr>
          <w:lang w:val="es-PR"/>
        </w:rPr>
      </w:pPr>
      <w:r w:rsidRPr="00644B2A">
        <w:rPr>
          <w:b/>
          <w:lang w:val="es-PR"/>
        </w:rPr>
        <w:t>Narrativa Técnica Confidencial</w:t>
      </w:r>
      <w:r w:rsidRPr="00644B2A">
        <w:rPr>
          <w:lang w:val="es-PR"/>
        </w:rPr>
        <w:t>: Párrafos profesionales sin juicios de valor, centrados en hechos.</w:t>
      </w:r>
    </w:p>
    <w:p w14:paraId="2A5E4244" w14:textId="77777777" w:rsidR="00196831" w:rsidRPr="00644B2A" w:rsidRDefault="00000000">
      <w:pPr>
        <w:pStyle w:val="ListBullet"/>
        <w:spacing w:after="60"/>
        <w:ind w:left="432"/>
        <w:rPr>
          <w:lang w:val="es-PR"/>
        </w:rPr>
      </w:pPr>
      <w:r w:rsidRPr="00644B2A">
        <w:rPr>
          <w:b/>
          <w:lang w:val="es-PR"/>
        </w:rPr>
        <w:t>Lista de Cotejo (Checklist)</w:t>
      </w:r>
      <w:r w:rsidRPr="00644B2A">
        <w:rPr>
          <w:lang w:val="es-PR"/>
        </w:rPr>
        <w:t>: Para pasos de emergencia o revisión de expedientes.</w:t>
      </w:r>
    </w:p>
    <w:p w14:paraId="7D20EEBC" w14:textId="77777777" w:rsidR="00196831" w:rsidRPr="00644B2A" w:rsidRDefault="00000000">
      <w:pPr>
        <w:pStyle w:val="ListBullet"/>
        <w:spacing w:after="60"/>
        <w:ind w:left="432"/>
        <w:rPr>
          <w:lang w:val="es-PR"/>
        </w:rPr>
      </w:pPr>
      <w:r w:rsidRPr="00644B2A">
        <w:rPr>
          <w:b/>
          <w:lang w:val="es-PR"/>
        </w:rPr>
        <w:t>Guion de Entrevista</w:t>
      </w:r>
      <w:r w:rsidRPr="00644B2A">
        <w:rPr>
          <w:lang w:val="es-PR"/>
        </w:rPr>
        <w:t>: Diálogos sugeridos para explicar consentimientos o límites de confidencialidad.</w:t>
      </w:r>
    </w:p>
    <w:p w14:paraId="73739FCD" w14:textId="77777777" w:rsidR="00196831" w:rsidRPr="00644B2A" w:rsidRDefault="00000000">
      <w:pPr>
        <w:pStyle w:val="ListBullet"/>
        <w:spacing w:after="60"/>
        <w:ind w:left="432"/>
        <w:rPr>
          <w:lang w:val="es-PR"/>
        </w:rPr>
      </w:pPr>
      <w:r w:rsidRPr="00644B2A">
        <w:rPr>
          <w:b/>
          <w:lang w:val="es-PR"/>
        </w:rPr>
        <w:t>Informe Ejecutivo</w:t>
      </w:r>
      <w:r w:rsidRPr="00644B2A">
        <w:rPr>
          <w:lang w:val="es-PR"/>
        </w:rPr>
        <w:t>: Resumen de resultados de un estudio de necesidades para presentar al Director.</w:t>
      </w:r>
    </w:p>
    <w:p w14:paraId="35C65EE7" w14:textId="77777777" w:rsidR="00196831" w:rsidRPr="00644B2A" w:rsidRDefault="00000000">
      <w:pPr>
        <w:pStyle w:val="ListBullet"/>
        <w:spacing w:after="60"/>
        <w:ind w:left="432"/>
        <w:rPr>
          <w:lang w:val="es-PR"/>
        </w:rPr>
      </w:pPr>
      <w:r w:rsidRPr="00644B2A">
        <w:rPr>
          <w:b/>
          <w:lang w:val="es-PR"/>
        </w:rPr>
        <w:t>Plan de Intervención Estructurado</w:t>
      </w:r>
      <w:r w:rsidRPr="00644B2A">
        <w:rPr>
          <w:lang w:val="es-PR"/>
        </w:rPr>
        <w:t>: Formato Meta → Objetivo → Estrategia → Evaluación (P10-P12).</w:t>
      </w:r>
    </w:p>
    <w:p w14:paraId="16339F42" w14:textId="77777777" w:rsidR="00196831" w:rsidRPr="00644B2A" w:rsidRDefault="00000000">
      <w:pPr>
        <w:pStyle w:val="ListBullet"/>
        <w:spacing w:after="60"/>
        <w:ind w:left="432"/>
        <w:rPr>
          <w:lang w:val="es-PR"/>
        </w:rPr>
      </w:pPr>
      <w:r w:rsidRPr="00644B2A">
        <w:rPr>
          <w:b/>
          <w:lang w:val="es-PR"/>
        </w:rPr>
        <w:t>Bosquejo Temático</w:t>
      </w:r>
      <w:r w:rsidRPr="00644B2A">
        <w:rPr>
          <w:lang w:val="es-PR"/>
        </w:rPr>
        <w:t>: Para crear presentaciones de talleres de forma organizada.</w:t>
      </w:r>
    </w:p>
    <w:p w14:paraId="55716A90" w14:textId="77777777" w:rsidR="00196831" w:rsidRPr="00644B2A" w:rsidRDefault="00000000">
      <w:pPr>
        <w:pStyle w:val="ListBullet"/>
        <w:spacing w:after="60"/>
        <w:ind w:left="432"/>
        <w:rPr>
          <w:lang w:val="es-PR"/>
        </w:rPr>
      </w:pPr>
      <w:r w:rsidRPr="00644B2A">
        <w:rPr>
          <w:b/>
          <w:lang w:val="es-PR"/>
        </w:rPr>
        <w:t>Matriz de Seguimiento</w:t>
      </w:r>
      <w:r w:rsidRPr="00644B2A">
        <w:rPr>
          <w:lang w:val="es-PR"/>
        </w:rPr>
        <w:t>: Tabla para anotar el progreso a las 10, 20, 30 y 40 semanas.</w:t>
      </w:r>
    </w:p>
    <w:p w14:paraId="7B11EA01" w14:textId="77777777" w:rsidR="00196831" w:rsidRPr="00644B2A" w:rsidRDefault="00000000">
      <w:pPr>
        <w:pStyle w:val="ListBullet"/>
        <w:spacing w:after="60"/>
        <w:ind w:left="432"/>
        <w:rPr>
          <w:lang w:val="es-PR"/>
        </w:rPr>
      </w:pPr>
      <w:r w:rsidRPr="00644B2A">
        <w:rPr>
          <w:b/>
          <w:lang w:val="es-PR"/>
        </w:rPr>
        <w:t>Convocatoria Oficial</w:t>
      </w:r>
      <w:r w:rsidRPr="00644B2A">
        <w:rPr>
          <w:lang w:val="es-PR"/>
        </w:rPr>
        <w:t>: Carta o volante para invitar a padres o maestros a actividades.</w:t>
      </w:r>
    </w:p>
    <w:p w14:paraId="794B2471" w14:textId="77777777" w:rsidR="00196831" w:rsidRPr="00644B2A" w:rsidRDefault="00000000">
      <w:pPr>
        <w:pStyle w:val="ListBullet"/>
        <w:spacing w:after="60"/>
        <w:ind w:left="432"/>
        <w:rPr>
          <w:lang w:val="es-PR"/>
        </w:rPr>
      </w:pPr>
      <w:r w:rsidRPr="00644B2A">
        <w:rPr>
          <w:b/>
          <w:lang w:val="es-PR"/>
        </w:rPr>
        <w:t>Protocolo Paso a Paso</w:t>
      </w:r>
      <w:r w:rsidRPr="00644B2A">
        <w:rPr>
          <w:lang w:val="es-PR"/>
        </w:rPr>
        <w:t>: Flujograma de acciones ante una crisis.</w:t>
      </w:r>
    </w:p>
    <w:p w14:paraId="52C1FB76" w14:textId="77777777" w:rsidR="00196831" w:rsidRPr="00644B2A" w:rsidRDefault="00000000">
      <w:pPr>
        <w:pBdr>
          <w:bottom w:val="single" w:sz="8" w:space="1" w:color="2E75B6"/>
        </w:pBdr>
        <w:spacing w:before="200" w:after="80"/>
        <w:rPr>
          <w:lang w:val="es-PR"/>
        </w:rPr>
      </w:pPr>
      <w:r w:rsidRPr="00644B2A">
        <w:rPr>
          <w:b/>
          <w:color w:val="2E75B6"/>
          <w:sz w:val="24"/>
          <w:lang w:val="es-PR"/>
        </w:rPr>
        <w:t>4. TARGET (Audiencia) — ¿A quién va dirigido el producto?</w:t>
      </w:r>
    </w:p>
    <w:p w14:paraId="76D8B3CF" w14:textId="77777777" w:rsidR="00196831" w:rsidRPr="00644B2A" w:rsidRDefault="00000000">
      <w:pPr>
        <w:pStyle w:val="ListBullet"/>
        <w:spacing w:after="60"/>
        <w:ind w:left="432"/>
        <w:rPr>
          <w:lang w:val="es-PR"/>
        </w:rPr>
      </w:pPr>
      <w:r w:rsidRPr="00644B2A">
        <w:rPr>
          <w:b/>
          <w:lang w:val="es-PR"/>
        </w:rPr>
        <w:t>Expediente del estudiante</w:t>
      </w:r>
      <w:r w:rsidRPr="00644B2A">
        <w:rPr>
          <w:lang w:val="es-PR"/>
        </w:rPr>
        <w:t>: Documentos confidenciales de uso clínico (P02, P10-P12).</w:t>
      </w:r>
    </w:p>
    <w:p w14:paraId="7276F326" w14:textId="77777777" w:rsidR="00196831" w:rsidRPr="00644B2A" w:rsidRDefault="00000000">
      <w:pPr>
        <w:pStyle w:val="ListBullet"/>
        <w:spacing w:after="60"/>
        <w:ind w:left="432"/>
        <w:rPr>
          <w:lang w:val="es-PR"/>
        </w:rPr>
      </w:pPr>
      <w:r w:rsidRPr="00644B2A">
        <w:rPr>
          <w:b/>
          <w:lang w:val="es-PR"/>
        </w:rPr>
        <w:t>Equipo EIS</w:t>
      </w:r>
      <w:r w:rsidRPr="00644B2A">
        <w:rPr>
          <w:lang w:val="es-PR"/>
        </w:rPr>
        <w:t>: Trabajador Social, Psicólogo y CPE (minutas P03).</w:t>
      </w:r>
    </w:p>
    <w:p w14:paraId="585AE8AC" w14:textId="77777777" w:rsidR="00196831" w:rsidRPr="00644B2A" w:rsidRDefault="00000000">
      <w:pPr>
        <w:pStyle w:val="ListBullet"/>
        <w:spacing w:after="60"/>
        <w:ind w:left="432"/>
        <w:rPr>
          <w:lang w:val="es-PR"/>
        </w:rPr>
      </w:pPr>
      <w:r w:rsidRPr="00644B2A">
        <w:rPr>
          <w:b/>
          <w:lang w:val="es-PR"/>
        </w:rPr>
        <w:t>Padres o encargados</w:t>
      </w:r>
      <w:r w:rsidRPr="00644B2A">
        <w:rPr>
          <w:lang w:val="es-PR"/>
        </w:rPr>
        <w:t>: Comunicaciones accesibles y empáticas.</w:t>
      </w:r>
    </w:p>
    <w:p w14:paraId="329CEFAB" w14:textId="77777777" w:rsidR="00196831" w:rsidRPr="00644B2A" w:rsidRDefault="00000000">
      <w:pPr>
        <w:pStyle w:val="ListBullet"/>
        <w:spacing w:after="60"/>
        <w:ind w:left="432"/>
        <w:rPr>
          <w:lang w:val="es-PR"/>
        </w:rPr>
      </w:pPr>
      <w:r w:rsidRPr="00644B2A">
        <w:rPr>
          <w:b/>
          <w:lang w:val="es-PR"/>
        </w:rPr>
        <w:t>Director escolar</w:t>
      </w:r>
      <w:r w:rsidRPr="00644B2A">
        <w:rPr>
          <w:lang w:val="es-PR"/>
        </w:rPr>
        <w:t>: Informes ejecutivos y planificaciones (Serie A).</w:t>
      </w:r>
    </w:p>
    <w:p w14:paraId="49A33D26" w14:textId="77777777" w:rsidR="00196831" w:rsidRPr="00644B2A" w:rsidRDefault="00000000">
      <w:pPr>
        <w:pStyle w:val="ListBullet"/>
        <w:spacing w:after="60"/>
        <w:ind w:left="432"/>
        <w:rPr>
          <w:lang w:val="es-PR"/>
        </w:rPr>
      </w:pPr>
      <w:r w:rsidRPr="00644B2A">
        <w:rPr>
          <w:b/>
          <w:lang w:val="es-PR"/>
        </w:rPr>
        <w:t>Agencia externa (DFAM, Salud Mental)</w:t>
      </w:r>
      <w:r w:rsidRPr="00644B2A">
        <w:rPr>
          <w:lang w:val="es-PR"/>
        </w:rPr>
        <w:t>: Referidos formales (P06) con lenguaje técnico-legal.</w:t>
      </w:r>
    </w:p>
    <w:p w14:paraId="166DC654" w14:textId="77777777" w:rsidR="00196831" w:rsidRPr="00644B2A" w:rsidRDefault="00000000">
      <w:pPr>
        <w:pStyle w:val="ListBullet"/>
        <w:spacing w:after="60"/>
        <w:ind w:left="432"/>
        <w:rPr>
          <w:lang w:val="es-PR"/>
        </w:rPr>
      </w:pPr>
      <w:r w:rsidRPr="00644B2A">
        <w:rPr>
          <w:b/>
          <w:lang w:val="es-PR"/>
        </w:rPr>
        <w:t>Estudiante (nivel elemental)</w:t>
      </w:r>
      <w:r w:rsidRPr="00644B2A">
        <w:rPr>
          <w:lang w:val="es-PR"/>
        </w:rPr>
        <w:t>: Lenguaje simple, concreto y apropiado para la edad.</w:t>
      </w:r>
    </w:p>
    <w:p w14:paraId="0C5E5119" w14:textId="77777777" w:rsidR="00196831" w:rsidRPr="00644B2A" w:rsidRDefault="00000000">
      <w:pPr>
        <w:pStyle w:val="ListBullet"/>
        <w:spacing w:after="60"/>
        <w:ind w:left="432"/>
        <w:rPr>
          <w:lang w:val="es-PR"/>
        </w:rPr>
      </w:pPr>
      <w:r w:rsidRPr="00644B2A">
        <w:rPr>
          <w:b/>
          <w:lang w:val="es-PR"/>
        </w:rPr>
        <w:lastRenderedPageBreak/>
        <w:t>Estudiante (nivel intermedio/superior)</w:t>
      </w:r>
      <w:r w:rsidRPr="00644B2A">
        <w:rPr>
          <w:lang w:val="es-PR"/>
        </w:rPr>
        <w:t>: Lenguaje directo con mayor autonomía en el proceso.</w:t>
      </w:r>
    </w:p>
    <w:p w14:paraId="1959D1A0" w14:textId="77777777" w:rsidR="00196831" w:rsidRPr="00644B2A" w:rsidRDefault="00000000">
      <w:pPr>
        <w:pStyle w:val="ListBullet"/>
        <w:spacing w:after="60"/>
        <w:ind w:left="432"/>
        <w:rPr>
          <w:lang w:val="es-PR"/>
        </w:rPr>
      </w:pPr>
      <w:r w:rsidRPr="00644B2A">
        <w:rPr>
          <w:b/>
          <w:lang w:val="es-PR"/>
        </w:rPr>
        <w:t>Maestros y personal escolar</w:t>
      </w:r>
      <w:r w:rsidRPr="00644B2A">
        <w:rPr>
          <w:lang w:val="es-PR"/>
        </w:rPr>
        <w:t>: Orientaciones prácticas y estrategias de aula.</w:t>
      </w:r>
    </w:p>
    <w:p w14:paraId="25CB9AAD" w14:textId="77777777" w:rsidR="00196831" w:rsidRPr="00644B2A" w:rsidRDefault="00000000">
      <w:pPr>
        <w:pStyle w:val="ListBullet"/>
        <w:spacing w:after="60"/>
        <w:ind w:left="432"/>
        <w:rPr>
          <w:lang w:val="es-PR"/>
        </w:rPr>
      </w:pPr>
      <w:r w:rsidRPr="00644B2A">
        <w:rPr>
          <w:b/>
          <w:lang w:val="es-PR"/>
        </w:rPr>
        <w:t>Supervisor/Coordinador regional</w:t>
      </w:r>
      <w:r w:rsidRPr="00644B2A">
        <w:rPr>
          <w:lang w:val="es-PR"/>
        </w:rPr>
        <w:t>: Informes de cumplimiento y evidencia programática.</w:t>
      </w:r>
    </w:p>
    <w:p w14:paraId="0EF9B77E" w14:textId="77777777" w:rsidR="00196831" w:rsidRPr="00644B2A" w:rsidRDefault="00000000">
      <w:pPr>
        <w:pStyle w:val="ListBullet"/>
        <w:spacing w:after="60"/>
        <w:ind w:left="432"/>
        <w:rPr>
          <w:lang w:val="es-PR"/>
        </w:rPr>
      </w:pPr>
      <w:r w:rsidRPr="00644B2A">
        <w:rPr>
          <w:b/>
          <w:lang w:val="es-PR"/>
        </w:rPr>
        <w:t>Comunidad y padres (taller grupal)</w:t>
      </w:r>
      <w:r w:rsidRPr="00644B2A">
        <w:rPr>
          <w:lang w:val="es-PR"/>
        </w:rPr>
        <w:t>: Material psicoeducativo accesible y culturalmente sensible.</w:t>
      </w:r>
    </w:p>
    <w:p w14:paraId="1D010BAE" w14:textId="77777777" w:rsidR="00196831" w:rsidRPr="00644B2A" w:rsidRDefault="00196831">
      <w:pPr>
        <w:rPr>
          <w:lang w:val="es-PR"/>
        </w:rPr>
      </w:pPr>
    </w:p>
    <w:p w14:paraId="4C29E0CF" w14:textId="77777777" w:rsidR="00196831" w:rsidRPr="00644B2A" w:rsidRDefault="00000000">
      <w:pPr>
        <w:shd w:val="clear" w:color="auto" w:fill="1F3864"/>
        <w:spacing w:before="280" w:after="120"/>
        <w:ind w:left="-144" w:right="-144"/>
        <w:rPr>
          <w:lang w:val="es-PR"/>
        </w:rPr>
      </w:pPr>
      <w:r w:rsidRPr="00644B2A">
        <w:rPr>
          <w:b/>
          <w:color w:val="FFFFFF"/>
          <w:sz w:val="28"/>
          <w:lang w:val="es-PR"/>
        </w:rPr>
        <w:t xml:space="preserve">  </w:t>
      </w:r>
      <w:r>
        <w:rPr>
          <w:b/>
          <w:color w:val="FFFFFF"/>
          <w:sz w:val="28"/>
        </w:rPr>
        <w:t>💡</w:t>
      </w:r>
      <w:r w:rsidRPr="00644B2A">
        <w:rPr>
          <w:b/>
          <w:color w:val="FFFFFF"/>
          <w:sz w:val="28"/>
          <w:lang w:val="es-PR"/>
        </w:rPr>
        <w:t xml:space="preserve">  5. Biblioteca de Prompts Maestros (CRAFT)</w:t>
      </w:r>
    </w:p>
    <w:p w14:paraId="7DA253CA" w14:textId="77777777" w:rsidR="00196831" w:rsidRPr="00644B2A" w:rsidRDefault="00000000">
      <w:pPr>
        <w:spacing w:after="80"/>
        <w:rPr>
          <w:lang w:val="es-PR"/>
        </w:rPr>
      </w:pPr>
      <w:r w:rsidRPr="00644B2A">
        <w:rPr>
          <w:lang w:val="es-PR"/>
        </w:rPr>
        <w:t>Cada prompt usa la estructura CRAFT de cinco componentes. Sustituye los textos entre [corchetes] con la información de tu caso real. Recuerda: nunca uses datos identificables.</w:t>
      </w:r>
    </w:p>
    <w:p w14:paraId="5775707B" w14:textId="77777777" w:rsidR="00196831" w:rsidRPr="00644B2A" w:rsidRDefault="00000000">
      <w:pPr>
        <w:pBdr>
          <w:bottom w:val="single" w:sz="8" w:space="1" w:color="2E75B6"/>
        </w:pBdr>
        <w:spacing w:before="200" w:after="80"/>
        <w:rPr>
          <w:lang w:val="es-PR"/>
        </w:rPr>
      </w:pPr>
      <w:r>
        <w:rPr>
          <w:b/>
          <w:color w:val="2E75B6"/>
          <w:sz w:val="24"/>
        </w:rPr>
        <w:t>📁</w:t>
      </w:r>
      <w:r w:rsidRPr="00644B2A">
        <w:rPr>
          <w:b/>
          <w:color w:val="2E75B6"/>
          <w:sz w:val="24"/>
          <w:lang w:val="es-PR"/>
        </w:rPr>
        <w:t xml:space="preserve"> GRUPO 1 — Planificación y Cumplimiento Normativo (Formularios Serie A)</w:t>
      </w:r>
    </w:p>
    <w:p w14:paraId="4F690183" w14:textId="77777777" w:rsidR="00196831" w:rsidRDefault="00000000">
      <w:pPr>
        <w:shd w:val="clear" w:color="auto" w:fill="2E75B6"/>
        <w:spacing w:before="200" w:after="80"/>
      </w:pPr>
      <w:r w:rsidRPr="00644B2A">
        <w:rPr>
          <w:b/>
          <w:color w:val="FFFFFF"/>
          <w:sz w:val="22"/>
          <w:lang w:val="es-PR"/>
        </w:rPr>
        <w:t xml:space="preserve">  </w:t>
      </w:r>
      <w:r>
        <w:rPr>
          <w:b/>
          <w:color w:val="FFFFFF"/>
          <w:sz w:val="22"/>
        </w:rPr>
        <w:t>1. Planificación Semanal Operacional (A05)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100"/>
        <w:gridCol w:w="4680"/>
      </w:tblGrid>
      <w:tr w:rsidR="00196831" w:rsidRPr="00644B2A" w14:paraId="0F9A5E8D" w14:textId="77777777">
        <w:tc>
          <w:tcPr>
            <w:tcW w:w="1100" w:type="dxa"/>
            <w:shd w:val="clear" w:color="auto" w:fill="1F3864"/>
          </w:tcPr>
          <w:p w14:paraId="0A6BEED6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C  Contexto</w:t>
            </w:r>
          </w:p>
        </w:tc>
        <w:tc>
          <w:tcPr>
            <w:tcW w:w="4680" w:type="dxa"/>
            <w:shd w:val="clear" w:color="auto" w:fill="D6E4F0"/>
          </w:tcPr>
          <w:p w14:paraId="69B63EF6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Estoy organizando mi agenda de servicios para la próxima semana en una escuela de nivel [Nivel: Elemental / Intermedio / Superior].</w:t>
            </w:r>
          </w:p>
        </w:tc>
      </w:tr>
      <w:tr w:rsidR="00196831" w:rsidRPr="00644B2A" w14:paraId="4E583FDE" w14:textId="77777777">
        <w:tc>
          <w:tcPr>
            <w:tcW w:w="1100" w:type="dxa"/>
            <w:shd w:val="clear" w:color="auto" w:fill="1F3864"/>
          </w:tcPr>
          <w:p w14:paraId="302A1261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R  Rol</w:t>
            </w:r>
          </w:p>
        </w:tc>
        <w:tc>
          <w:tcPr>
            <w:tcW w:w="4680" w:type="dxa"/>
            <w:shd w:val="clear" w:color="auto" w:fill="EBF3FB"/>
          </w:tcPr>
          <w:p w14:paraId="590FCDD5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Consejero Profesional Escolar experto en logística y cumplimiento del DEPR.</w:t>
            </w:r>
          </w:p>
        </w:tc>
      </w:tr>
      <w:tr w:rsidR="00196831" w14:paraId="7F391727" w14:textId="77777777">
        <w:tc>
          <w:tcPr>
            <w:tcW w:w="1100" w:type="dxa"/>
            <w:shd w:val="clear" w:color="auto" w:fill="1F3864"/>
          </w:tcPr>
          <w:p w14:paraId="2A96F92C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A  Acción</w:t>
            </w:r>
          </w:p>
        </w:tc>
        <w:tc>
          <w:tcPr>
            <w:tcW w:w="4680" w:type="dxa"/>
            <w:shd w:val="clear" w:color="auto" w:fill="D6E4F0"/>
          </w:tcPr>
          <w:p w14:paraId="7CE1D86F" w14:textId="77777777" w:rsidR="00196831" w:rsidRDefault="00000000">
            <w:pPr>
              <w:spacing w:before="40" w:after="40"/>
            </w:pPr>
            <w:r w:rsidRPr="00644B2A">
              <w:rPr>
                <w:sz w:val="19"/>
                <w:lang w:val="es-PR"/>
              </w:rPr>
              <w:t xml:space="preserve">Distribuye mis tareas diarias en el formato oficial del Formulario PCPEE 2025-A05, incluyendo: 4 sesiones de consejería individual (P02), 1 taller grupal académico, 2 horas de redacción de planes (P10-P12) y tiempo para el Registro de Bienestar Integral. </w:t>
            </w:r>
            <w:r>
              <w:rPr>
                <w:sz w:val="19"/>
              </w:rPr>
              <w:t>Alinea todos los temas a la Meta Programática 1.</w:t>
            </w:r>
          </w:p>
        </w:tc>
      </w:tr>
      <w:tr w:rsidR="00196831" w:rsidRPr="00644B2A" w14:paraId="0BE1FEFD" w14:textId="77777777">
        <w:tc>
          <w:tcPr>
            <w:tcW w:w="1100" w:type="dxa"/>
            <w:shd w:val="clear" w:color="auto" w:fill="1F3864"/>
          </w:tcPr>
          <w:p w14:paraId="4C3A2489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F  Formato</w:t>
            </w:r>
          </w:p>
        </w:tc>
        <w:tc>
          <w:tcPr>
            <w:tcW w:w="4680" w:type="dxa"/>
            <w:shd w:val="clear" w:color="auto" w:fill="EBF3FB"/>
          </w:tcPr>
          <w:p w14:paraId="6D986EDD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Tabla de Lunes a Viernes con bloques diferenciados para Servicio Directo (Entrevistas/Consejería) y Servicio Indirecto.</w:t>
            </w:r>
          </w:p>
        </w:tc>
      </w:tr>
      <w:tr w:rsidR="00196831" w:rsidRPr="00644B2A" w14:paraId="3E125FD9" w14:textId="77777777">
        <w:tc>
          <w:tcPr>
            <w:tcW w:w="1100" w:type="dxa"/>
            <w:shd w:val="clear" w:color="auto" w:fill="1F3864"/>
          </w:tcPr>
          <w:p w14:paraId="77FFD632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T  Target</w:t>
            </w:r>
          </w:p>
        </w:tc>
        <w:tc>
          <w:tcPr>
            <w:tcW w:w="4680" w:type="dxa"/>
            <w:shd w:val="clear" w:color="auto" w:fill="D6E4F0"/>
          </w:tcPr>
          <w:p w14:paraId="2CC93566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Uso personal del CPE y revisión del Director escolar.</w:t>
            </w:r>
          </w:p>
        </w:tc>
      </w:tr>
    </w:tbl>
    <w:p w14:paraId="61F3E0D8" w14:textId="77777777" w:rsidR="00196831" w:rsidRPr="00644B2A" w:rsidRDefault="00196831">
      <w:pPr>
        <w:rPr>
          <w:lang w:val="es-PR"/>
        </w:rPr>
      </w:pPr>
    </w:p>
    <w:p w14:paraId="6405B694" w14:textId="77777777" w:rsidR="00196831" w:rsidRPr="00644B2A" w:rsidRDefault="00000000">
      <w:pPr>
        <w:shd w:val="clear" w:color="auto" w:fill="2E75B6"/>
        <w:spacing w:before="200" w:after="80"/>
        <w:rPr>
          <w:lang w:val="es-PR"/>
        </w:rPr>
      </w:pPr>
      <w:r w:rsidRPr="00644B2A">
        <w:rPr>
          <w:b/>
          <w:color w:val="FFFFFF"/>
          <w:sz w:val="22"/>
          <w:lang w:val="es-PR"/>
        </w:rPr>
        <w:t xml:space="preserve">  2. Justificación Técnica del Plan Anual (A01-A04)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100"/>
        <w:gridCol w:w="4680"/>
      </w:tblGrid>
      <w:tr w:rsidR="00196831" w14:paraId="1AD27F10" w14:textId="77777777">
        <w:tc>
          <w:tcPr>
            <w:tcW w:w="1100" w:type="dxa"/>
            <w:shd w:val="clear" w:color="auto" w:fill="1F3864"/>
          </w:tcPr>
          <w:p w14:paraId="4A3A2C20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C  Contexto</w:t>
            </w:r>
          </w:p>
        </w:tc>
        <w:tc>
          <w:tcPr>
            <w:tcW w:w="4680" w:type="dxa"/>
            <w:shd w:val="clear" w:color="auto" w:fill="D6E4F0"/>
          </w:tcPr>
          <w:p w14:paraId="34BB91BB" w14:textId="77777777" w:rsidR="00196831" w:rsidRDefault="00000000">
            <w:pPr>
              <w:spacing w:before="40" w:after="40"/>
            </w:pPr>
            <w:r w:rsidRPr="00644B2A">
              <w:rPr>
                <w:sz w:val="19"/>
                <w:lang w:val="es-PR"/>
              </w:rPr>
              <w:t xml:space="preserve">He recopilado las respuestas de los estudiantes en el Estudio de Necesidades [A01, A02 o A03]. </w:t>
            </w:r>
            <w:r>
              <w:rPr>
                <w:sz w:val="19"/>
              </w:rPr>
              <w:t>Los datos son: [Pegar datos].</w:t>
            </w:r>
          </w:p>
        </w:tc>
      </w:tr>
      <w:tr w:rsidR="00196831" w:rsidRPr="00644B2A" w14:paraId="4DE9565C" w14:textId="77777777">
        <w:tc>
          <w:tcPr>
            <w:tcW w:w="1100" w:type="dxa"/>
            <w:shd w:val="clear" w:color="auto" w:fill="1F3864"/>
          </w:tcPr>
          <w:p w14:paraId="18615145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R  Rol</w:t>
            </w:r>
          </w:p>
        </w:tc>
        <w:tc>
          <w:tcPr>
            <w:tcW w:w="4680" w:type="dxa"/>
            <w:shd w:val="clear" w:color="auto" w:fill="EBF3FB"/>
          </w:tcPr>
          <w:p w14:paraId="68779057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Especialista en análisis de datos socioeducativos del PCPEE.</w:t>
            </w:r>
          </w:p>
        </w:tc>
      </w:tr>
      <w:tr w:rsidR="00196831" w:rsidRPr="00644B2A" w14:paraId="4BCC4B51" w14:textId="77777777">
        <w:tc>
          <w:tcPr>
            <w:tcW w:w="1100" w:type="dxa"/>
            <w:shd w:val="clear" w:color="auto" w:fill="1F3864"/>
          </w:tcPr>
          <w:p w14:paraId="0BA2F1D3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A  Acción</w:t>
            </w:r>
          </w:p>
        </w:tc>
        <w:tc>
          <w:tcPr>
            <w:tcW w:w="4680" w:type="dxa"/>
            <w:shd w:val="clear" w:color="auto" w:fill="D6E4F0"/>
          </w:tcPr>
          <w:p w14:paraId="0523DC6F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Analiza las tendencias de los reactivos con mayor puntuación negativa. Identifica los tres temas de mayor urgencia y redacta la justificación legal de cada uno, citando la misión del Programa, para incluirlos como metas anuales en el Plan Anual.</w:t>
            </w:r>
          </w:p>
        </w:tc>
      </w:tr>
      <w:tr w:rsidR="00196831" w:rsidRPr="00644B2A" w14:paraId="5F65765B" w14:textId="77777777">
        <w:tc>
          <w:tcPr>
            <w:tcW w:w="1100" w:type="dxa"/>
            <w:shd w:val="clear" w:color="auto" w:fill="1F3864"/>
          </w:tcPr>
          <w:p w14:paraId="777236B8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F  Formato</w:t>
            </w:r>
          </w:p>
        </w:tc>
        <w:tc>
          <w:tcPr>
            <w:tcW w:w="4680" w:type="dxa"/>
            <w:shd w:val="clear" w:color="auto" w:fill="EBF3FB"/>
          </w:tcPr>
          <w:p w14:paraId="73AA17F1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Informe de prioridades con narrativa técnica estructurada.</w:t>
            </w:r>
          </w:p>
        </w:tc>
      </w:tr>
      <w:tr w:rsidR="00196831" w:rsidRPr="00644B2A" w14:paraId="114EC2C6" w14:textId="77777777">
        <w:tc>
          <w:tcPr>
            <w:tcW w:w="1100" w:type="dxa"/>
            <w:shd w:val="clear" w:color="auto" w:fill="1F3864"/>
          </w:tcPr>
          <w:p w14:paraId="527A59FF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lastRenderedPageBreak/>
              <w:t>T  Target</w:t>
            </w:r>
          </w:p>
        </w:tc>
        <w:tc>
          <w:tcPr>
            <w:tcW w:w="4680" w:type="dxa"/>
            <w:shd w:val="clear" w:color="auto" w:fill="D6E4F0"/>
          </w:tcPr>
          <w:p w14:paraId="3ADB7CC7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Director escolar y supervisor regional del PCPEE.</w:t>
            </w:r>
          </w:p>
        </w:tc>
      </w:tr>
    </w:tbl>
    <w:p w14:paraId="1592EFA9" w14:textId="77777777" w:rsidR="00196831" w:rsidRPr="00644B2A" w:rsidRDefault="00196831">
      <w:pPr>
        <w:rPr>
          <w:lang w:val="es-PR"/>
        </w:rPr>
      </w:pPr>
    </w:p>
    <w:p w14:paraId="4100F60B" w14:textId="77777777" w:rsidR="00196831" w:rsidRPr="00644B2A" w:rsidRDefault="00000000">
      <w:pPr>
        <w:pBdr>
          <w:bottom w:val="single" w:sz="8" w:space="1" w:color="2E75B6"/>
        </w:pBdr>
        <w:spacing w:before="200" w:after="80"/>
        <w:rPr>
          <w:lang w:val="es-PR"/>
        </w:rPr>
      </w:pPr>
      <w:r>
        <w:rPr>
          <w:b/>
          <w:color w:val="2E75B6"/>
          <w:sz w:val="24"/>
        </w:rPr>
        <w:t>📁</w:t>
      </w:r>
      <w:r w:rsidRPr="00644B2A">
        <w:rPr>
          <w:b/>
          <w:color w:val="2E75B6"/>
          <w:sz w:val="24"/>
          <w:lang w:val="es-PR"/>
        </w:rPr>
        <w:t xml:space="preserve"> GRUPO 2 — Manejo de Casos y Documentación Clínica (Formularios Serie P)</w:t>
      </w:r>
    </w:p>
    <w:p w14:paraId="5CEBE10E" w14:textId="77777777" w:rsidR="00196831" w:rsidRPr="00644B2A" w:rsidRDefault="00000000">
      <w:pPr>
        <w:shd w:val="clear" w:color="auto" w:fill="2E75B6"/>
        <w:spacing w:before="200" w:after="80"/>
        <w:rPr>
          <w:lang w:val="es-PR"/>
        </w:rPr>
      </w:pPr>
      <w:r w:rsidRPr="00644B2A">
        <w:rPr>
          <w:b/>
          <w:color w:val="FFFFFF"/>
          <w:sz w:val="22"/>
          <w:lang w:val="es-PR"/>
        </w:rPr>
        <w:t xml:space="preserve">  3. Redacción de Planes de Intervención (P10, P11, P12)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100"/>
        <w:gridCol w:w="4680"/>
      </w:tblGrid>
      <w:tr w:rsidR="00196831" w:rsidRPr="00644B2A" w14:paraId="594B397F" w14:textId="77777777">
        <w:tc>
          <w:tcPr>
            <w:tcW w:w="1100" w:type="dxa"/>
            <w:shd w:val="clear" w:color="auto" w:fill="1F3864"/>
          </w:tcPr>
          <w:p w14:paraId="6025C6DA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C  Contexto</w:t>
            </w:r>
          </w:p>
        </w:tc>
        <w:tc>
          <w:tcPr>
            <w:tcW w:w="4680" w:type="dxa"/>
            <w:shd w:val="clear" w:color="auto" w:fill="D6E4F0"/>
          </w:tcPr>
          <w:p w14:paraId="244A8133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Tengo un estudiante identificado con [Situación: Académica / Carrera / Socioemocional] que requiere intervención recurrente.</w:t>
            </w:r>
          </w:p>
        </w:tc>
      </w:tr>
      <w:tr w:rsidR="00196831" w:rsidRPr="00644B2A" w14:paraId="57C3D8C9" w14:textId="77777777">
        <w:tc>
          <w:tcPr>
            <w:tcW w:w="1100" w:type="dxa"/>
            <w:shd w:val="clear" w:color="auto" w:fill="1F3864"/>
          </w:tcPr>
          <w:p w14:paraId="35E9B147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R  Rol</w:t>
            </w:r>
          </w:p>
        </w:tc>
        <w:tc>
          <w:tcPr>
            <w:tcW w:w="4680" w:type="dxa"/>
            <w:shd w:val="clear" w:color="auto" w:fill="EBF3FB"/>
          </w:tcPr>
          <w:p w14:paraId="6142B919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Consejero Clínico Escolar con dominio de la Guía Práctica PCPEE 2024.</w:t>
            </w:r>
          </w:p>
        </w:tc>
      </w:tr>
      <w:tr w:rsidR="00196831" w:rsidRPr="00644B2A" w14:paraId="2D9E0E9D" w14:textId="77777777">
        <w:tc>
          <w:tcPr>
            <w:tcW w:w="1100" w:type="dxa"/>
            <w:shd w:val="clear" w:color="auto" w:fill="1F3864"/>
          </w:tcPr>
          <w:p w14:paraId="0F6075A8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A  Acción</w:t>
            </w:r>
          </w:p>
        </w:tc>
        <w:tc>
          <w:tcPr>
            <w:tcW w:w="4680" w:type="dxa"/>
            <w:shd w:val="clear" w:color="auto" w:fill="D6E4F0"/>
          </w:tcPr>
          <w:p w14:paraId="028E7152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Desarrolla un Plan de Intervención formal siguiendo el Formulario P10 (o P11/P12). Redacta 3 objetivos específicos medibles para las próximas 4 semanas y sugiere 5 actividades de la Guía Práctica 2024 para trabajar el caso.</w:t>
            </w:r>
          </w:p>
        </w:tc>
      </w:tr>
      <w:tr w:rsidR="00196831" w:rsidRPr="00644B2A" w14:paraId="1B1132FD" w14:textId="77777777">
        <w:tc>
          <w:tcPr>
            <w:tcW w:w="1100" w:type="dxa"/>
            <w:shd w:val="clear" w:color="auto" w:fill="1F3864"/>
          </w:tcPr>
          <w:p w14:paraId="23A35CE1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F  Formato</w:t>
            </w:r>
          </w:p>
        </w:tc>
        <w:tc>
          <w:tcPr>
            <w:tcW w:w="4680" w:type="dxa"/>
            <w:shd w:val="clear" w:color="auto" w:fill="EBF3FB"/>
          </w:tcPr>
          <w:p w14:paraId="4D2EE4ED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Estructura: Meta General → Objetivos SMART → Estrategias Técnicas.</w:t>
            </w:r>
          </w:p>
        </w:tc>
      </w:tr>
      <w:tr w:rsidR="00196831" w:rsidRPr="00644B2A" w14:paraId="63831833" w14:textId="77777777">
        <w:tc>
          <w:tcPr>
            <w:tcW w:w="1100" w:type="dxa"/>
            <w:shd w:val="clear" w:color="auto" w:fill="1F3864"/>
          </w:tcPr>
          <w:p w14:paraId="7DDDD40C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T  Target</w:t>
            </w:r>
          </w:p>
        </w:tc>
        <w:tc>
          <w:tcPr>
            <w:tcW w:w="4680" w:type="dxa"/>
            <w:shd w:val="clear" w:color="auto" w:fill="D6E4F0"/>
          </w:tcPr>
          <w:p w14:paraId="421CBCC8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Expediente clínico del estudiante y equipo EIS (uso estrictamente confidencial).</w:t>
            </w:r>
          </w:p>
        </w:tc>
      </w:tr>
    </w:tbl>
    <w:p w14:paraId="37444AAC" w14:textId="77777777" w:rsidR="00196831" w:rsidRPr="00644B2A" w:rsidRDefault="00196831">
      <w:pPr>
        <w:rPr>
          <w:lang w:val="es-PR"/>
        </w:rPr>
      </w:pPr>
    </w:p>
    <w:p w14:paraId="51F182C6" w14:textId="77777777" w:rsidR="00196831" w:rsidRPr="00644B2A" w:rsidRDefault="00000000">
      <w:pPr>
        <w:shd w:val="clear" w:color="auto" w:fill="2E75B6"/>
        <w:spacing w:before="200" w:after="80"/>
        <w:rPr>
          <w:lang w:val="es-PR"/>
        </w:rPr>
      </w:pPr>
      <w:r w:rsidRPr="00644B2A">
        <w:rPr>
          <w:b/>
          <w:color w:val="FFFFFF"/>
          <w:sz w:val="22"/>
          <w:lang w:val="es-PR"/>
        </w:rPr>
        <w:t xml:space="preserve">  4. Minutas de Discusión de Caso (P03)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100"/>
        <w:gridCol w:w="4680"/>
      </w:tblGrid>
      <w:tr w:rsidR="00196831" w14:paraId="7FE8806F" w14:textId="77777777">
        <w:tc>
          <w:tcPr>
            <w:tcW w:w="1100" w:type="dxa"/>
            <w:shd w:val="clear" w:color="auto" w:fill="1F3864"/>
          </w:tcPr>
          <w:p w14:paraId="3932BB0D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C  Contexto</w:t>
            </w:r>
          </w:p>
        </w:tc>
        <w:tc>
          <w:tcPr>
            <w:tcW w:w="4680" w:type="dxa"/>
            <w:shd w:val="clear" w:color="auto" w:fill="D6E4F0"/>
          </w:tcPr>
          <w:p w14:paraId="6A3EA262" w14:textId="77777777" w:rsidR="00196831" w:rsidRDefault="00000000">
            <w:pPr>
              <w:spacing w:before="40" w:after="40"/>
            </w:pPr>
            <w:r w:rsidRPr="00644B2A">
              <w:rPr>
                <w:sz w:val="19"/>
                <w:lang w:val="es-PR"/>
              </w:rPr>
              <w:t xml:space="preserve">Acabo de finalizar una reunión del EIS con [Padres / Maestros / Equipo] para discutir el caso de un estudiante. </w:t>
            </w:r>
            <w:r>
              <w:rPr>
                <w:sz w:val="19"/>
              </w:rPr>
              <w:t>Mis notas son: [Insertar notas].</w:t>
            </w:r>
          </w:p>
        </w:tc>
      </w:tr>
      <w:tr w:rsidR="00196831" w:rsidRPr="00644B2A" w14:paraId="21EA9327" w14:textId="77777777">
        <w:tc>
          <w:tcPr>
            <w:tcW w:w="1100" w:type="dxa"/>
            <w:shd w:val="clear" w:color="auto" w:fill="1F3864"/>
          </w:tcPr>
          <w:p w14:paraId="159425AD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R  Rol</w:t>
            </w:r>
          </w:p>
        </w:tc>
        <w:tc>
          <w:tcPr>
            <w:tcW w:w="4680" w:type="dxa"/>
            <w:shd w:val="clear" w:color="auto" w:fill="EBF3FB"/>
          </w:tcPr>
          <w:p w14:paraId="6F76215B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Secretario Técnico del Programa de Consejería Escolar.</w:t>
            </w:r>
          </w:p>
        </w:tc>
      </w:tr>
      <w:tr w:rsidR="00196831" w:rsidRPr="00644B2A" w14:paraId="4704E16D" w14:textId="77777777">
        <w:tc>
          <w:tcPr>
            <w:tcW w:w="1100" w:type="dxa"/>
            <w:shd w:val="clear" w:color="auto" w:fill="1F3864"/>
          </w:tcPr>
          <w:p w14:paraId="3F1BF2A5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A  Acción</w:t>
            </w:r>
          </w:p>
        </w:tc>
        <w:tc>
          <w:tcPr>
            <w:tcW w:w="4680" w:type="dxa"/>
            <w:shd w:val="clear" w:color="auto" w:fill="D6E4F0"/>
          </w:tcPr>
          <w:p w14:paraId="2E38759D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Redacta la narrativa profesional para la sección "Acuerdos y Recomendaciones" del Formulario P03. Organiza los acuerdos identificando el responsable de cada acción y establece la fecha de seguimiento.</w:t>
            </w:r>
          </w:p>
        </w:tc>
      </w:tr>
      <w:tr w:rsidR="00196831" w:rsidRPr="00644B2A" w14:paraId="2192C3C3" w14:textId="77777777">
        <w:tc>
          <w:tcPr>
            <w:tcW w:w="1100" w:type="dxa"/>
            <w:shd w:val="clear" w:color="auto" w:fill="1F3864"/>
          </w:tcPr>
          <w:p w14:paraId="2148E0D3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F  Formato</w:t>
            </w:r>
          </w:p>
        </w:tc>
        <w:tc>
          <w:tcPr>
            <w:tcW w:w="4680" w:type="dxa"/>
            <w:shd w:val="clear" w:color="auto" w:fill="EBF3FB"/>
          </w:tcPr>
          <w:p w14:paraId="03E5CA69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Narrativa técnica, objetiva y confidencial.</w:t>
            </w:r>
          </w:p>
        </w:tc>
      </w:tr>
      <w:tr w:rsidR="00196831" w:rsidRPr="00644B2A" w14:paraId="09B69633" w14:textId="77777777">
        <w:tc>
          <w:tcPr>
            <w:tcW w:w="1100" w:type="dxa"/>
            <w:shd w:val="clear" w:color="auto" w:fill="1F3864"/>
          </w:tcPr>
          <w:p w14:paraId="166CCA5D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T  Target</w:t>
            </w:r>
          </w:p>
        </w:tc>
        <w:tc>
          <w:tcPr>
            <w:tcW w:w="4680" w:type="dxa"/>
            <w:shd w:val="clear" w:color="auto" w:fill="D6E4F0"/>
          </w:tcPr>
          <w:p w14:paraId="669BFFF0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Padres o tutores y equipo EIS que firmarán el formulario P03.</w:t>
            </w:r>
          </w:p>
        </w:tc>
      </w:tr>
    </w:tbl>
    <w:p w14:paraId="3CACC73E" w14:textId="77777777" w:rsidR="00196831" w:rsidRPr="00644B2A" w:rsidRDefault="00196831">
      <w:pPr>
        <w:rPr>
          <w:lang w:val="es-PR"/>
        </w:rPr>
      </w:pPr>
    </w:p>
    <w:p w14:paraId="4B646F83" w14:textId="77777777" w:rsidR="00196831" w:rsidRPr="00644B2A" w:rsidRDefault="00000000">
      <w:pPr>
        <w:shd w:val="clear" w:color="auto" w:fill="2E75B6"/>
        <w:spacing w:before="200" w:after="80"/>
        <w:rPr>
          <w:lang w:val="es-PR"/>
        </w:rPr>
      </w:pPr>
      <w:r w:rsidRPr="00644B2A">
        <w:rPr>
          <w:b/>
          <w:color w:val="FFFFFF"/>
          <w:sz w:val="22"/>
          <w:lang w:val="es-PR"/>
        </w:rPr>
        <w:t xml:space="preserve">  5. Informe de Referido Especializado (P06)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100"/>
        <w:gridCol w:w="4680"/>
      </w:tblGrid>
      <w:tr w:rsidR="00196831" w14:paraId="7263B0D2" w14:textId="77777777">
        <w:tc>
          <w:tcPr>
            <w:tcW w:w="1100" w:type="dxa"/>
            <w:shd w:val="clear" w:color="auto" w:fill="1F3864"/>
          </w:tcPr>
          <w:p w14:paraId="6716D432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C  Contexto</w:t>
            </w:r>
          </w:p>
        </w:tc>
        <w:tc>
          <w:tcPr>
            <w:tcW w:w="4680" w:type="dxa"/>
            <w:shd w:val="clear" w:color="auto" w:fill="D6E4F0"/>
          </w:tcPr>
          <w:p w14:paraId="71D779AC" w14:textId="77777777" w:rsidR="00196831" w:rsidRDefault="00000000">
            <w:pPr>
              <w:spacing w:before="40" w:after="40"/>
            </w:pPr>
            <w:r w:rsidRPr="00644B2A">
              <w:rPr>
                <w:sz w:val="19"/>
                <w:lang w:val="es-PR"/>
              </w:rPr>
              <w:t xml:space="preserve">Debo referir a un estudiante a [Servicio Externo: DFAM / Salud Mental / Agencia comunitaria]. </w:t>
            </w:r>
            <w:r>
              <w:rPr>
                <w:sz w:val="19"/>
              </w:rPr>
              <w:t>Mis notas del caso son: [Insertar notas].</w:t>
            </w:r>
          </w:p>
        </w:tc>
      </w:tr>
      <w:tr w:rsidR="00196831" w:rsidRPr="00644B2A" w14:paraId="109AD896" w14:textId="77777777">
        <w:tc>
          <w:tcPr>
            <w:tcW w:w="1100" w:type="dxa"/>
            <w:shd w:val="clear" w:color="auto" w:fill="1F3864"/>
          </w:tcPr>
          <w:p w14:paraId="7583535C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R  Rol</w:t>
            </w:r>
          </w:p>
        </w:tc>
        <w:tc>
          <w:tcPr>
            <w:tcW w:w="4680" w:type="dxa"/>
            <w:shd w:val="clear" w:color="auto" w:fill="EBF3FB"/>
          </w:tcPr>
          <w:p w14:paraId="4A21DFFD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CPE experto en diagnóstico situacional.</w:t>
            </w:r>
          </w:p>
        </w:tc>
      </w:tr>
      <w:tr w:rsidR="00196831" w14:paraId="75ABAD9B" w14:textId="77777777">
        <w:tc>
          <w:tcPr>
            <w:tcW w:w="1100" w:type="dxa"/>
            <w:shd w:val="clear" w:color="auto" w:fill="1F3864"/>
          </w:tcPr>
          <w:p w14:paraId="1F73A6A5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A  Acción</w:t>
            </w:r>
          </w:p>
        </w:tc>
        <w:tc>
          <w:tcPr>
            <w:tcW w:w="4680" w:type="dxa"/>
            <w:shd w:val="clear" w:color="auto" w:fill="D6E4F0"/>
          </w:tcPr>
          <w:p w14:paraId="32CCCB9A" w14:textId="77777777" w:rsidR="00196831" w:rsidRDefault="00000000">
            <w:pPr>
              <w:spacing w:before="40" w:after="40"/>
            </w:pPr>
            <w:r w:rsidRPr="00644B2A">
              <w:rPr>
                <w:sz w:val="19"/>
                <w:lang w:val="es-PR"/>
              </w:rPr>
              <w:t xml:space="preserve">Redacta la narrativa para el Formulario P06 incluyendo: Motivo del referido, Intervenciones previas realizadas y </w:t>
            </w:r>
            <w:r w:rsidRPr="00644B2A">
              <w:rPr>
                <w:sz w:val="19"/>
                <w:lang w:val="es-PR"/>
              </w:rPr>
              <w:lastRenderedPageBreak/>
              <w:t xml:space="preserve">Comportamientos observables documentados. </w:t>
            </w:r>
            <w:r>
              <w:rPr>
                <w:sz w:val="19"/>
              </w:rPr>
              <w:t>Justifica la necesidad de ayuda externa bajo la Ley 147.</w:t>
            </w:r>
          </w:p>
        </w:tc>
      </w:tr>
      <w:tr w:rsidR="00196831" w:rsidRPr="00644B2A" w14:paraId="3B79F5A1" w14:textId="77777777">
        <w:tc>
          <w:tcPr>
            <w:tcW w:w="1100" w:type="dxa"/>
            <w:shd w:val="clear" w:color="auto" w:fill="1F3864"/>
          </w:tcPr>
          <w:p w14:paraId="56300B45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lastRenderedPageBreak/>
              <w:t>F  Formato</w:t>
            </w:r>
          </w:p>
        </w:tc>
        <w:tc>
          <w:tcPr>
            <w:tcW w:w="4680" w:type="dxa"/>
            <w:shd w:val="clear" w:color="auto" w:fill="EBF3FB"/>
          </w:tcPr>
          <w:p w14:paraId="0C2D2891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Narrativa técnica estructurada en tres secciones (Motivo / Intervenciones previas / Conductas observadas).</w:t>
            </w:r>
          </w:p>
        </w:tc>
      </w:tr>
      <w:tr w:rsidR="00196831" w:rsidRPr="00644B2A" w14:paraId="66EC50F1" w14:textId="77777777">
        <w:tc>
          <w:tcPr>
            <w:tcW w:w="1100" w:type="dxa"/>
            <w:shd w:val="clear" w:color="auto" w:fill="1F3864"/>
          </w:tcPr>
          <w:p w14:paraId="50D0E8BF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T  Target</w:t>
            </w:r>
          </w:p>
        </w:tc>
        <w:tc>
          <w:tcPr>
            <w:tcW w:w="4680" w:type="dxa"/>
            <w:shd w:val="clear" w:color="auto" w:fill="D6E4F0"/>
          </w:tcPr>
          <w:p w14:paraId="797DB742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Agencia receptora del referido y expediente clínico del estudiante.</w:t>
            </w:r>
          </w:p>
        </w:tc>
      </w:tr>
    </w:tbl>
    <w:p w14:paraId="12EA1208" w14:textId="77777777" w:rsidR="00196831" w:rsidRPr="00644B2A" w:rsidRDefault="00196831">
      <w:pPr>
        <w:rPr>
          <w:lang w:val="es-PR"/>
        </w:rPr>
      </w:pPr>
    </w:p>
    <w:p w14:paraId="38C286A3" w14:textId="77777777" w:rsidR="00196831" w:rsidRPr="00644B2A" w:rsidRDefault="00000000">
      <w:pPr>
        <w:shd w:val="clear" w:color="auto" w:fill="2E75B6"/>
        <w:spacing w:before="200" w:after="80"/>
        <w:rPr>
          <w:lang w:val="es-PR"/>
        </w:rPr>
      </w:pPr>
      <w:r w:rsidRPr="00644B2A">
        <w:rPr>
          <w:b/>
          <w:color w:val="FFFFFF"/>
          <w:sz w:val="22"/>
          <w:lang w:val="es-PR"/>
        </w:rPr>
        <w:t xml:space="preserve">  6. Guion de Confidencialidad y Ética (P04)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100"/>
        <w:gridCol w:w="4680"/>
      </w:tblGrid>
      <w:tr w:rsidR="00196831" w:rsidRPr="00644B2A" w14:paraId="661509BC" w14:textId="77777777">
        <w:tc>
          <w:tcPr>
            <w:tcW w:w="1100" w:type="dxa"/>
            <w:shd w:val="clear" w:color="auto" w:fill="1F3864"/>
          </w:tcPr>
          <w:p w14:paraId="19B3EADE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C  Contexto</w:t>
            </w:r>
          </w:p>
        </w:tc>
        <w:tc>
          <w:tcPr>
            <w:tcW w:w="4680" w:type="dxa"/>
            <w:shd w:val="clear" w:color="auto" w:fill="D6E4F0"/>
          </w:tcPr>
          <w:p w14:paraId="2645FD59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Realizaré una entrevista inicial con un estudiante de [Nivel: elemental / intermedio / superior].</w:t>
            </w:r>
          </w:p>
        </w:tc>
      </w:tr>
      <w:tr w:rsidR="00196831" w:rsidRPr="00644B2A" w14:paraId="781C8FB0" w14:textId="77777777">
        <w:tc>
          <w:tcPr>
            <w:tcW w:w="1100" w:type="dxa"/>
            <w:shd w:val="clear" w:color="auto" w:fill="1F3864"/>
          </w:tcPr>
          <w:p w14:paraId="5023594C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R  Rol</w:t>
            </w:r>
          </w:p>
        </w:tc>
        <w:tc>
          <w:tcPr>
            <w:tcW w:w="4680" w:type="dxa"/>
            <w:shd w:val="clear" w:color="auto" w:fill="EBF3FB"/>
          </w:tcPr>
          <w:p w14:paraId="772596F1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CPE legalista y ético, experto en comunicación con menores.</w:t>
            </w:r>
          </w:p>
        </w:tc>
      </w:tr>
      <w:tr w:rsidR="00196831" w:rsidRPr="00644B2A" w14:paraId="61827DAB" w14:textId="77777777">
        <w:tc>
          <w:tcPr>
            <w:tcW w:w="1100" w:type="dxa"/>
            <w:shd w:val="clear" w:color="auto" w:fill="1F3864"/>
          </w:tcPr>
          <w:p w14:paraId="7AC1419A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A  Acción</w:t>
            </w:r>
          </w:p>
        </w:tc>
        <w:tc>
          <w:tcPr>
            <w:tcW w:w="4680" w:type="dxa"/>
            <w:shd w:val="clear" w:color="auto" w:fill="D6E4F0"/>
          </w:tcPr>
          <w:p w14:paraId="62FEBC16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Redacta un guion para explicar el Consentimiento P04 en lenguaje accesible. Incluye qué es la confidencialidad y las 3 excepciones (maltrato, riesgo de vida, orden judicial) según la Ley 147.</w:t>
            </w:r>
          </w:p>
        </w:tc>
      </w:tr>
      <w:tr w:rsidR="00196831" w:rsidRPr="00644B2A" w14:paraId="7E505CCB" w14:textId="77777777">
        <w:tc>
          <w:tcPr>
            <w:tcW w:w="1100" w:type="dxa"/>
            <w:shd w:val="clear" w:color="auto" w:fill="1F3864"/>
          </w:tcPr>
          <w:p w14:paraId="661BF59E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F  Formato</w:t>
            </w:r>
          </w:p>
        </w:tc>
        <w:tc>
          <w:tcPr>
            <w:tcW w:w="4680" w:type="dxa"/>
            <w:shd w:val="clear" w:color="auto" w:fill="EBF3FB"/>
          </w:tcPr>
          <w:p w14:paraId="59AA88D6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Diálogo conversacional con frases sugeridas, adaptado al nivel del estudiante.</w:t>
            </w:r>
          </w:p>
        </w:tc>
      </w:tr>
      <w:tr w:rsidR="00196831" w:rsidRPr="00644B2A" w14:paraId="0487AE66" w14:textId="77777777">
        <w:tc>
          <w:tcPr>
            <w:tcW w:w="1100" w:type="dxa"/>
            <w:shd w:val="clear" w:color="auto" w:fill="1F3864"/>
          </w:tcPr>
          <w:p w14:paraId="6C04DCE4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T  Target</w:t>
            </w:r>
          </w:p>
        </w:tc>
        <w:tc>
          <w:tcPr>
            <w:tcW w:w="4680" w:type="dxa"/>
            <w:shd w:val="clear" w:color="auto" w:fill="D6E4F0"/>
          </w:tcPr>
          <w:p w14:paraId="119B0E7E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Estudiante de [Nivel] — el lenguaje y tono deben ser apropiados para su edad.</w:t>
            </w:r>
          </w:p>
        </w:tc>
      </w:tr>
    </w:tbl>
    <w:p w14:paraId="643A427D" w14:textId="77777777" w:rsidR="00196831" w:rsidRPr="00644B2A" w:rsidRDefault="00196831">
      <w:pPr>
        <w:rPr>
          <w:lang w:val="es-PR"/>
        </w:rPr>
      </w:pPr>
    </w:p>
    <w:p w14:paraId="2A15A189" w14:textId="77777777" w:rsidR="00196831" w:rsidRPr="00644B2A" w:rsidRDefault="00000000">
      <w:pPr>
        <w:shd w:val="clear" w:color="auto" w:fill="2E7D32"/>
        <w:rPr>
          <w:lang w:val="es-PR"/>
        </w:rPr>
      </w:pPr>
      <w:r w:rsidRPr="00644B2A">
        <w:rPr>
          <w:b/>
          <w:color w:val="FFFFFF"/>
          <w:sz w:val="19"/>
          <w:lang w:val="es-PR"/>
        </w:rPr>
        <w:t xml:space="preserve">  </w:t>
      </w:r>
      <w:r>
        <w:rPr>
          <w:b/>
          <w:color w:val="FFFFFF"/>
          <w:sz w:val="19"/>
        </w:rPr>
        <w:t>💬</w:t>
      </w:r>
      <w:r w:rsidRPr="00644B2A">
        <w:rPr>
          <w:b/>
          <w:color w:val="FFFFFF"/>
          <w:sz w:val="19"/>
          <w:lang w:val="es-PR"/>
        </w:rPr>
        <w:t xml:space="preserve"> Ejemplo de respuesta esperada: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360"/>
      </w:tblGrid>
      <w:tr w:rsidR="00196831" w:rsidRPr="00644B2A" w14:paraId="65D70F4B" w14:textId="77777777">
        <w:tc>
          <w:tcPr>
            <w:tcW w:w="9360" w:type="dxa"/>
            <w:shd w:val="clear" w:color="auto" w:fill="E8F5E9"/>
          </w:tcPr>
          <w:p w14:paraId="1AE2BC5E" w14:textId="77777777" w:rsidR="00196831" w:rsidRPr="00644B2A" w:rsidRDefault="00196831">
            <w:pPr>
              <w:rPr>
                <w:lang w:val="es-PR"/>
              </w:rPr>
            </w:pPr>
          </w:p>
          <w:p w14:paraId="07613373" w14:textId="77777777" w:rsidR="00196831" w:rsidRPr="00644B2A" w:rsidRDefault="00000000">
            <w:pPr>
              <w:spacing w:after="40"/>
              <w:rPr>
                <w:lang w:val="es-PR"/>
              </w:rPr>
            </w:pPr>
            <w:r w:rsidRPr="00644B2A">
              <w:rPr>
                <w:i/>
                <w:sz w:val="18"/>
                <w:lang w:val="es-PR"/>
              </w:rPr>
              <w:t>— "Antes de comenzar, quiero explicarte algo importante sobre nuestra conversación."</w:t>
            </w:r>
          </w:p>
          <w:p w14:paraId="36FF7953" w14:textId="77777777" w:rsidR="00196831" w:rsidRPr="00644B2A" w:rsidRDefault="00000000">
            <w:pPr>
              <w:spacing w:after="40"/>
              <w:rPr>
                <w:lang w:val="es-PR"/>
              </w:rPr>
            </w:pPr>
            <w:r w:rsidRPr="00644B2A">
              <w:rPr>
                <w:i/>
                <w:sz w:val="18"/>
                <w:lang w:val="es-PR"/>
              </w:rPr>
              <w:t>— "Todo lo que me cuentes aquí queda entre tú y yo. Eso se llama confidencialidad."</w:t>
            </w:r>
          </w:p>
          <w:p w14:paraId="01DE47FD" w14:textId="77777777" w:rsidR="00196831" w:rsidRPr="00644B2A" w:rsidRDefault="00000000">
            <w:pPr>
              <w:spacing w:after="40"/>
              <w:rPr>
                <w:lang w:val="es-PR"/>
              </w:rPr>
            </w:pPr>
            <w:r w:rsidRPr="00644B2A">
              <w:rPr>
                <w:i/>
                <w:sz w:val="18"/>
                <w:lang w:val="es-PR"/>
              </w:rPr>
              <w:t>— "Hay tres situaciones en las que yo tendría que contarle a alguien más para protegerte:"</w:t>
            </w:r>
          </w:p>
          <w:p w14:paraId="477C586D" w14:textId="77777777" w:rsidR="00196831" w:rsidRPr="00644B2A" w:rsidRDefault="00000000">
            <w:pPr>
              <w:spacing w:after="40"/>
              <w:rPr>
                <w:lang w:val="es-PR"/>
              </w:rPr>
            </w:pPr>
            <w:r w:rsidRPr="00644B2A">
              <w:rPr>
                <w:i/>
                <w:sz w:val="18"/>
                <w:lang w:val="es-PR"/>
              </w:rPr>
              <w:t>— "1. Si alguien te está haciendo daño en casa o en la escuela."</w:t>
            </w:r>
          </w:p>
          <w:p w14:paraId="08592B30" w14:textId="77777777" w:rsidR="00196831" w:rsidRPr="00644B2A" w:rsidRDefault="00000000">
            <w:pPr>
              <w:spacing w:after="40"/>
              <w:rPr>
                <w:lang w:val="es-PR"/>
              </w:rPr>
            </w:pPr>
            <w:r w:rsidRPr="00644B2A">
              <w:rPr>
                <w:i/>
                <w:sz w:val="18"/>
                <w:lang w:val="es-PR"/>
              </w:rPr>
              <w:t>— "2. Si tú piensas hacerte daño a ti mismo o a otra persona."</w:t>
            </w:r>
          </w:p>
          <w:p w14:paraId="5FDA95E5" w14:textId="77777777" w:rsidR="00196831" w:rsidRPr="00644B2A" w:rsidRDefault="00000000">
            <w:pPr>
              <w:spacing w:after="40"/>
              <w:rPr>
                <w:lang w:val="es-PR"/>
              </w:rPr>
            </w:pPr>
            <w:r w:rsidRPr="00644B2A">
              <w:rPr>
                <w:i/>
                <w:sz w:val="18"/>
                <w:lang w:val="es-PR"/>
              </w:rPr>
              <w:t>— "3. Si un juez me ordena compartir la información."</w:t>
            </w:r>
          </w:p>
          <w:p w14:paraId="5FB55AA4" w14:textId="77777777" w:rsidR="00196831" w:rsidRPr="00644B2A" w:rsidRDefault="00000000">
            <w:pPr>
              <w:spacing w:after="40"/>
              <w:rPr>
                <w:lang w:val="es-PR"/>
              </w:rPr>
            </w:pPr>
            <w:r w:rsidRPr="00644B2A">
              <w:rPr>
                <w:i/>
                <w:sz w:val="18"/>
                <w:lang w:val="es-PR"/>
              </w:rPr>
              <w:t>— "¿Tienes alguna pregunta antes de que empecemos?"</w:t>
            </w:r>
          </w:p>
          <w:p w14:paraId="4B63275C" w14:textId="77777777" w:rsidR="00196831" w:rsidRPr="00644B2A" w:rsidRDefault="00196831">
            <w:pPr>
              <w:spacing w:after="40"/>
              <w:rPr>
                <w:lang w:val="es-PR"/>
              </w:rPr>
            </w:pPr>
          </w:p>
          <w:p w14:paraId="35E9CFD6" w14:textId="77777777" w:rsidR="00196831" w:rsidRPr="00644B2A" w:rsidRDefault="00000000">
            <w:pPr>
              <w:spacing w:after="40"/>
              <w:rPr>
                <w:lang w:val="es-PR"/>
              </w:rPr>
            </w:pPr>
            <w:r w:rsidRPr="00644B2A">
              <w:rPr>
                <w:i/>
                <w:sz w:val="18"/>
                <w:lang w:val="es-PR"/>
              </w:rPr>
              <w:t>(Valida que estas frases sean apropiadas para el nivel antes de usarlas.)</w:t>
            </w:r>
          </w:p>
        </w:tc>
      </w:tr>
    </w:tbl>
    <w:p w14:paraId="0672A630" w14:textId="77777777" w:rsidR="00196831" w:rsidRPr="00644B2A" w:rsidRDefault="00196831">
      <w:pPr>
        <w:rPr>
          <w:lang w:val="es-PR"/>
        </w:rPr>
      </w:pPr>
    </w:p>
    <w:p w14:paraId="775E2F2A" w14:textId="77777777" w:rsidR="00196831" w:rsidRPr="00644B2A" w:rsidRDefault="00000000">
      <w:pPr>
        <w:pBdr>
          <w:bottom w:val="single" w:sz="8" w:space="1" w:color="2E75B6"/>
        </w:pBdr>
        <w:spacing w:before="200" w:after="80"/>
        <w:rPr>
          <w:lang w:val="es-PR"/>
        </w:rPr>
      </w:pPr>
      <w:r>
        <w:rPr>
          <w:b/>
          <w:color w:val="2E75B6"/>
          <w:sz w:val="24"/>
        </w:rPr>
        <w:t>📁</w:t>
      </w:r>
      <w:r w:rsidRPr="00644B2A">
        <w:rPr>
          <w:b/>
          <w:color w:val="2E75B6"/>
          <w:sz w:val="24"/>
          <w:lang w:val="es-PR"/>
        </w:rPr>
        <w:t xml:space="preserve"> GRUPO 3 — Protocolos de Emergencia, COMPU y Familia</w:t>
      </w:r>
    </w:p>
    <w:p w14:paraId="73445325" w14:textId="77777777" w:rsidR="00196831" w:rsidRDefault="00000000">
      <w:pPr>
        <w:shd w:val="clear" w:color="auto" w:fill="2E75B6"/>
        <w:spacing w:before="200" w:after="80"/>
      </w:pPr>
      <w:r w:rsidRPr="00644B2A">
        <w:rPr>
          <w:b/>
          <w:color w:val="FFFFFF"/>
          <w:sz w:val="22"/>
          <w:lang w:val="es-PR"/>
        </w:rPr>
        <w:t xml:space="preserve">  </w:t>
      </w:r>
      <w:r>
        <w:rPr>
          <w:b/>
          <w:color w:val="FFFFFF"/>
          <w:sz w:val="22"/>
        </w:rPr>
        <w:t>7. Activación de Protocolo de Crisis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100"/>
        <w:gridCol w:w="4680"/>
      </w:tblGrid>
      <w:tr w:rsidR="00196831" w:rsidRPr="00644B2A" w14:paraId="7190D528" w14:textId="77777777">
        <w:tc>
          <w:tcPr>
            <w:tcW w:w="1100" w:type="dxa"/>
            <w:shd w:val="clear" w:color="auto" w:fill="1F3864"/>
          </w:tcPr>
          <w:p w14:paraId="1F369A12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C  Contexto</w:t>
            </w:r>
          </w:p>
        </w:tc>
        <w:tc>
          <w:tcPr>
            <w:tcW w:w="4680" w:type="dxa"/>
            <w:shd w:val="clear" w:color="auto" w:fill="D6E4F0"/>
          </w:tcPr>
          <w:p w14:paraId="0CC1601C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Se presenta una emergencia de tipo [Maltrato / Ideación Suicida / Violencia Escolar] en el plantel.</w:t>
            </w:r>
          </w:p>
        </w:tc>
      </w:tr>
      <w:tr w:rsidR="00196831" w:rsidRPr="00644B2A" w14:paraId="02F481B1" w14:textId="77777777">
        <w:tc>
          <w:tcPr>
            <w:tcW w:w="1100" w:type="dxa"/>
            <w:shd w:val="clear" w:color="auto" w:fill="1F3864"/>
          </w:tcPr>
          <w:p w14:paraId="5C4E4834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R  Rol</w:t>
            </w:r>
          </w:p>
        </w:tc>
        <w:tc>
          <w:tcPr>
            <w:tcW w:w="4680" w:type="dxa"/>
            <w:shd w:val="clear" w:color="auto" w:fill="EBF3FB"/>
          </w:tcPr>
          <w:p w14:paraId="4234E9A7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Coordinador de Manejo de Crisis y enlace del EIS.</w:t>
            </w:r>
          </w:p>
        </w:tc>
      </w:tr>
      <w:tr w:rsidR="00196831" w:rsidRPr="00644B2A" w14:paraId="673383B9" w14:textId="77777777">
        <w:tc>
          <w:tcPr>
            <w:tcW w:w="1100" w:type="dxa"/>
            <w:shd w:val="clear" w:color="auto" w:fill="1F3864"/>
          </w:tcPr>
          <w:p w14:paraId="7920047E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lastRenderedPageBreak/>
              <w:t>A  Acción</w:t>
            </w:r>
          </w:p>
        </w:tc>
        <w:tc>
          <w:tcPr>
            <w:tcW w:w="4680" w:type="dxa"/>
            <w:shd w:val="clear" w:color="auto" w:fill="D6E4F0"/>
          </w:tcPr>
          <w:p w14:paraId="5C594185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Provee una guía de ejecución inmediata basada en el Manual de Protocolos de Crisis 2025. Indica qué agencias externas notificar, qué formularios activar (incluyendo P06) y cómo documentar la protección del menor.</w:t>
            </w:r>
          </w:p>
        </w:tc>
      </w:tr>
      <w:tr w:rsidR="00196831" w:rsidRPr="00644B2A" w14:paraId="02CD481D" w14:textId="77777777">
        <w:tc>
          <w:tcPr>
            <w:tcW w:w="1100" w:type="dxa"/>
            <w:shd w:val="clear" w:color="auto" w:fill="1F3864"/>
          </w:tcPr>
          <w:p w14:paraId="3E514C70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F  Formato</w:t>
            </w:r>
          </w:p>
        </w:tc>
        <w:tc>
          <w:tcPr>
            <w:tcW w:w="4680" w:type="dxa"/>
            <w:shd w:val="clear" w:color="auto" w:fill="EBF3FB"/>
          </w:tcPr>
          <w:p w14:paraId="4FEE44AC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Lista de cotejo (checklist) de acciones prioritarias en orden cronológico.</w:t>
            </w:r>
          </w:p>
        </w:tc>
      </w:tr>
      <w:tr w:rsidR="00196831" w:rsidRPr="00644B2A" w14:paraId="18E2BF2D" w14:textId="77777777">
        <w:tc>
          <w:tcPr>
            <w:tcW w:w="1100" w:type="dxa"/>
            <w:shd w:val="clear" w:color="auto" w:fill="1F3864"/>
          </w:tcPr>
          <w:p w14:paraId="18543AE8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T  Target</w:t>
            </w:r>
          </w:p>
        </w:tc>
        <w:tc>
          <w:tcPr>
            <w:tcW w:w="4680" w:type="dxa"/>
            <w:shd w:val="clear" w:color="auto" w:fill="D6E4F0"/>
          </w:tcPr>
          <w:p w14:paraId="72649CDD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CPE y personal del plantel que responde a la emergencia en tiempo real.</w:t>
            </w:r>
          </w:p>
        </w:tc>
      </w:tr>
    </w:tbl>
    <w:p w14:paraId="4DCCE29C" w14:textId="77777777" w:rsidR="00196831" w:rsidRPr="00644B2A" w:rsidRDefault="00196831">
      <w:pPr>
        <w:rPr>
          <w:lang w:val="es-PR"/>
        </w:rPr>
      </w:pPr>
    </w:p>
    <w:p w14:paraId="481E5C87" w14:textId="77777777" w:rsidR="00196831" w:rsidRPr="00644B2A" w:rsidRDefault="00000000">
      <w:pPr>
        <w:shd w:val="clear" w:color="auto" w:fill="2E7D32"/>
        <w:rPr>
          <w:lang w:val="es-PR"/>
        </w:rPr>
      </w:pPr>
      <w:r w:rsidRPr="00644B2A">
        <w:rPr>
          <w:b/>
          <w:color w:val="FFFFFF"/>
          <w:sz w:val="19"/>
          <w:lang w:val="es-PR"/>
        </w:rPr>
        <w:t xml:space="preserve">  </w:t>
      </w:r>
      <w:r>
        <w:rPr>
          <w:b/>
          <w:color w:val="FFFFFF"/>
          <w:sz w:val="19"/>
        </w:rPr>
        <w:t>💬</w:t>
      </w:r>
      <w:r w:rsidRPr="00644B2A">
        <w:rPr>
          <w:b/>
          <w:color w:val="FFFFFF"/>
          <w:sz w:val="19"/>
          <w:lang w:val="es-PR"/>
        </w:rPr>
        <w:t xml:space="preserve"> Ejemplo de respuesta esperada: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360"/>
      </w:tblGrid>
      <w:tr w:rsidR="00196831" w:rsidRPr="00644B2A" w14:paraId="4DB8523C" w14:textId="77777777">
        <w:tc>
          <w:tcPr>
            <w:tcW w:w="9360" w:type="dxa"/>
            <w:shd w:val="clear" w:color="auto" w:fill="E8F5E9"/>
          </w:tcPr>
          <w:p w14:paraId="4FD0896C" w14:textId="77777777" w:rsidR="00196831" w:rsidRPr="00644B2A" w:rsidRDefault="00196831">
            <w:pPr>
              <w:rPr>
                <w:lang w:val="es-PR"/>
              </w:rPr>
            </w:pPr>
          </w:p>
          <w:p w14:paraId="0E34E109" w14:textId="77777777" w:rsidR="00196831" w:rsidRPr="00644B2A" w:rsidRDefault="00000000">
            <w:pPr>
              <w:spacing w:after="40"/>
              <w:rPr>
                <w:lang w:val="es-PR"/>
              </w:rPr>
            </w:pPr>
            <w:r w:rsidRPr="00644B2A">
              <w:rPr>
                <w:i/>
                <w:sz w:val="18"/>
                <w:lang w:val="es-PR"/>
              </w:rPr>
              <w:t>CHECKLIST DE ACTIVACIÓN — PROTOCOLO DE MALTRATO</w:t>
            </w:r>
          </w:p>
          <w:p w14:paraId="1DA9BFDB" w14:textId="77777777" w:rsidR="00196831" w:rsidRPr="00644B2A" w:rsidRDefault="00196831">
            <w:pPr>
              <w:spacing w:after="40"/>
              <w:rPr>
                <w:lang w:val="es-PR"/>
              </w:rPr>
            </w:pPr>
          </w:p>
          <w:p w14:paraId="14320722" w14:textId="77777777" w:rsidR="00196831" w:rsidRPr="00644B2A" w:rsidRDefault="00000000">
            <w:pPr>
              <w:spacing w:after="40"/>
              <w:rPr>
                <w:lang w:val="es-PR"/>
              </w:rPr>
            </w:pPr>
            <w:r w:rsidRPr="00644B2A">
              <w:rPr>
                <w:i/>
                <w:sz w:val="18"/>
                <w:lang w:val="es-PR"/>
              </w:rPr>
              <w:t>☐  1. Separar al estudiante del entorno inmediato de riesgo.</w:t>
            </w:r>
          </w:p>
          <w:p w14:paraId="5E485D45" w14:textId="77777777" w:rsidR="00196831" w:rsidRPr="00644B2A" w:rsidRDefault="00000000">
            <w:pPr>
              <w:spacing w:after="40"/>
              <w:rPr>
                <w:lang w:val="es-PR"/>
              </w:rPr>
            </w:pPr>
            <w:r w:rsidRPr="00644B2A">
              <w:rPr>
                <w:i/>
                <w:sz w:val="18"/>
                <w:lang w:val="es-PR"/>
              </w:rPr>
              <w:t>☐  2. Notificar al Director del plantel (primeros 15 minutos).</w:t>
            </w:r>
          </w:p>
          <w:p w14:paraId="192F0991" w14:textId="77777777" w:rsidR="00196831" w:rsidRPr="00644B2A" w:rsidRDefault="00000000">
            <w:pPr>
              <w:spacing w:after="40"/>
              <w:rPr>
                <w:lang w:val="es-PR"/>
              </w:rPr>
            </w:pPr>
            <w:r w:rsidRPr="00644B2A">
              <w:rPr>
                <w:i/>
                <w:sz w:val="18"/>
                <w:lang w:val="es-PR"/>
              </w:rPr>
              <w:t>☐  3. Llamar al DFAM — Línea de Maltrato: 787-749-1333.</w:t>
            </w:r>
          </w:p>
          <w:p w14:paraId="3C8ECFED" w14:textId="77777777" w:rsidR="00196831" w:rsidRPr="00644B2A" w:rsidRDefault="00000000">
            <w:pPr>
              <w:spacing w:after="40"/>
              <w:rPr>
                <w:lang w:val="es-PR"/>
              </w:rPr>
            </w:pPr>
            <w:r w:rsidRPr="00644B2A">
              <w:rPr>
                <w:i/>
                <w:sz w:val="18"/>
                <w:lang w:val="es-PR"/>
              </w:rPr>
              <w:t>☐  4. Completar Formulario P06 con conductas observables (sin especular).</w:t>
            </w:r>
          </w:p>
          <w:p w14:paraId="4DCB7F2E" w14:textId="77777777" w:rsidR="00196831" w:rsidRPr="00644B2A" w:rsidRDefault="00000000">
            <w:pPr>
              <w:spacing w:after="40"/>
              <w:rPr>
                <w:lang w:val="es-PR"/>
              </w:rPr>
            </w:pPr>
            <w:r w:rsidRPr="00644B2A">
              <w:rPr>
                <w:i/>
                <w:sz w:val="18"/>
                <w:lang w:val="es-PR"/>
              </w:rPr>
              <w:t>☐  5. Contactar al Trabajador Social para activar el EIS.</w:t>
            </w:r>
          </w:p>
          <w:p w14:paraId="12DAD783" w14:textId="77777777" w:rsidR="00196831" w:rsidRPr="00644B2A" w:rsidRDefault="00000000">
            <w:pPr>
              <w:spacing w:after="40"/>
              <w:rPr>
                <w:lang w:val="es-PR"/>
              </w:rPr>
            </w:pPr>
            <w:r w:rsidRPr="00644B2A">
              <w:rPr>
                <w:i/>
                <w:sz w:val="18"/>
                <w:lang w:val="es-PR"/>
              </w:rPr>
              <w:t>☐  6. Documentar hora, lugar y personas presentes en expediente.</w:t>
            </w:r>
          </w:p>
          <w:p w14:paraId="708A8139" w14:textId="77777777" w:rsidR="00196831" w:rsidRPr="00644B2A" w:rsidRDefault="00000000">
            <w:pPr>
              <w:spacing w:after="40"/>
              <w:rPr>
                <w:lang w:val="es-PR"/>
              </w:rPr>
            </w:pPr>
            <w:r w:rsidRPr="00644B2A">
              <w:rPr>
                <w:i/>
                <w:sz w:val="18"/>
                <w:lang w:val="es-PR"/>
              </w:rPr>
              <w:t>☐  7. NO notificar a los padres hasta consultar con DFAM.</w:t>
            </w:r>
          </w:p>
          <w:p w14:paraId="0C8C503C" w14:textId="77777777" w:rsidR="00196831" w:rsidRPr="00644B2A" w:rsidRDefault="00196831">
            <w:pPr>
              <w:spacing w:after="40"/>
              <w:rPr>
                <w:lang w:val="es-PR"/>
              </w:rPr>
            </w:pPr>
          </w:p>
          <w:p w14:paraId="7DEED041" w14:textId="77777777" w:rsidR="00196831" w:rsidRPr="00644B2A" w:rsidRDefault="00000000">
            <w:pPr>
              <w:spacing w:after="40"/>
              <w:rPr>
                <w:lang w:val="es-PR"/>
              </w:rPr>
            </w:pPr>
            <w:r w:rsidRPr="00644B2A">
              <w:rPr>
                <w:i/>
                <w:sz w:val="18"/>
                <w:lang w:val="es-PR"/>
              </w:rPr>
              <w:t>(Valida este checklist contra el Manual de Protocolos de Crisis 2025 antes de usarlo.)</w:t>
            </w:r>
          </w:p>
        </w:tc>
      </w:tr>
    </w:tbl>
    <w:p w14:paraId="3337B4F8" w14:textId="77777777" w:rsidR="00196831" w:rsidRPr="00644B2A" w:rsidRDefault="00196831">
      <w:pPr>
        <w:rPr>
          <w:lang w:val="es-PR"/>
        </w:rPr>
      </w:pPr>
    </w:p>
    <w:p w14:paraId="7B265A84" w14:textId="77777777" w:rsidR="00196831" w:rsidRDefault="00000000">
      <w:pPr>
        <w:shd w:val="clear" w:color="auto" w:fill="2E75B6"/>
        <w:spacing w:before="200" w:after="80"/>
      </w:pPr>
      <w:r w:rsidRPr="00644B2A">
        <w:rPr>
          <w:b/>
          <w:color w:val="FFFFFF"/>
          <w:sz w:val="22"/>
          <w:lang w:val="es-PR"/>
        </w:rPr>
        <w:t xml:space="preserve">  </w:t>
      </w:r>
      <w:r>
        <w:rPr>
          <w:b/>
          <w:color w:val="FFFFFF"/>
          <w:sz w:val="22"/>
        </w:rPr>
        <w:t>8. Preparación de Recomendaciones para COMPU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100"/>
        <w:gridCol w:w="4680"/>
      </w:tblGrid>
      <w:tr w:rsidR="00196831" w:rsidRPr="00644B2A" w14:paraId="4EC3C6D8" w14:textId="77777777">
        <w:tc>
          <w:tcPr>
            <w:tcW w:w="1100" w:type="dxa"/>
            <w:shd w:val="clear" w:color="auto" w:fill="1F3864"/>
          </w:tcPr>
          <w:p w14:paraId="096B84A6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C  Contexto</w:t>
            </w:r>
          </w:p>
        </w:tc>
        <w:tc>
          <w:tcPr>
            <w:tcW w:w="4680" w:type="dxa"/>
            <w:shd w:val="clear" w:color="auto" w:fill="D6E4F0"/>
          </w:tcPr>
          <w:p w14:paraId="7CCC902B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Tengo una reunión de COMPU para un estudiante con [Diagnóstico].</w:t>
            </w:r>
          </w:p>
        </w:tc>
      </w:tr>
      <w:tr w:rsidR="00196831" w:rsidRPr="00644B2A" w14:paraId="514EDA4E" w14:textId="77777777">
        <w:tc>
          <w:tcPr>
            <w:tcW w:w="1100" w:type="dxa"/>
            <w:shd w:val="clear" w:color="auto" w:fill="1F3864"/>
          </w:tcPr>
          <w:p w14:paraId="47B024A9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R  Rol</w:t>
            </w:r>
          </w:p>
        </w:tc>
        <w:tc>
          <w:tcPr>
            <w:tcW w:w="4680" w:type="dxa"/>
            <w:shd w:val="clear" w:color="auto" w:fill="EBF3FB"/>
          </w:tcPr>
          <w:p w14:paraId="4B7B3937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Consultor Académico y Socioemocional del equipo COMPU.</w:t>
            </w:r>
          </w:p>
        </w:tc>
      </w:tr>
      <w:tr w:rsidR="00196831" w:rsidRPr="00644B2A" w14:paraId="7779B032" w14:textId="77777777">
        <w:tc>
          <w:tcPr>
            <w:tcW w:w="1100" w:type="dxa"/>
            <w:shd w:val="clear" w:color="auto" w:fill="1F3864"/>
          </w:tcPr>
          <w:p w14:paraId="5919CEAE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A  Acción</w:t>
            </w:r>
          </w:p>
        </w:tc>
        <w:tc>
          <w:tcPr>
            <w:tcW w:w="4680" w:type="dxa"/>
            <w:shd w:val="clear" w:color="auto" w:fill="D6E4F0"/>
          </w:tcPr>
          <w:p w14:paraId="4E1ADC13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Revisa la Guía Práctica 2024 y prepara recomendaciones de consejería para incluir en el PEI. Sugiere 3 estrategias de apoyo en el salón y 1 meta de consejería individual medible.</w:t>
            </w:r>
          </w:p>
        </w:tc>
      </w:tr>
      <w:tr w:rsidR="00196831" w:rsidRPr="00644B2A" w14:paraId="6EA3A46C" w14:textId="77777777">
        <w:tc>
          <w:tcPr>
            <w:tcW w:w="1100" w:type="dxa"/>
            <w:shd w:val="clear" w:color="auto" w:fill="1F3864"/>
          </w:tcPr>
          <w:p w14:paraId="12697291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F  Formato</w:t>
            </w:r>
          </w:p>
        </w:tc>
        <w:tc>
          <w:tcPr>
            <w:tcW w:w="4680" w:type="dxa"/>
            <w:shd w:val="clear" w:color="auto" w:fill="EBF3FB"/>
          </w:tcPr>
          <w:p w14:paraId="725CD6A6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Lista de acomodos razonables sugeridos y metas socioemocionales.</w:t>
            </w:r>
          </w:p>
        </w:tc>
      </w:tr>
      <w:tr w:rsidR="00196831" w:rsidRPr="00644B2A" w14:paraId="14EA8408" w14:textId="77777777">
        <w:tc>
          <w:tcPr>
            <w:tcW w:w="1100" w:type="dxa"/>
            <w:shd w:val="clear" w:color="auto" w:fill="1F3864"/>
          </w:tcPr>
          <w:p w14:paraId="16E7C8AF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T  Target</w:t>
            </w:r>
          </w:p>
        </w:tc>
        <w:tc>
          <w:tcPr>
            <w:tcW w:w="4680" w:type="dxa"/>
            <w:shd w:val="clear" w:color="auto" w:fill="D6E4F0"/>
          </w:tcPr>
          <w:p w14:paraId="550AA861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Equipo COMPU, maestros de educación especial y padres del estudiante.</w:t>
            </w:r>
          </w:p>
        </w:tc>
      </w:tr>
    </w:tbl>
    <w:p w14:paraId="03D7E4E0" w14:textId="77777777" w:rsidR="00196831" w:rsidRPr="00644B2A" w:rsidRDefault="00196831">
      <w:pPr>
        <w:rPr>
          <w:lang w:val="es-PR"/>
        </w:rPr>
      </w:pPr>
    </w:p>
    <w:p w14:paraId="0C74212C" w14:textId="77777777" w:rsidR="00196831" w:rsidRPr="00644B2A" w:rsidRDefault="00000000">
      <w:pPr>
        <w:shd w:val="clear" w:color="auto" w:fill="2E75B6"/>
        <w:spacing w:before="200" w:after="80"/>
        <w:rPr>
          <w:lang w:val="es-PR"/>
        </w:rPr>
      </w:pPr>
      <w:r w:rsidRPr="00644B2A">
        <w:rPr>
          <w:b/>
          <w:color w:val="FFFFFF"/>
          <w:sz w:val="22"/>
          <w:lang w:val="es-PR"/>
        </w:rPr>
        <w:t xml:space="preserve">  9. Taller de Padres "Serie Familia" (C002)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100"/>
        <w:gridCol w:w="4680"/>
      </w:tblGrid>
      <w:tr w:rsidR="00196831" w:rsidRPr="00644B2A" w14:paraId="69A0CE5D" w14:textId="77777777">
        <w:tc>
          <w:tcPr>
            <w:tcW w:w="1100" w:type="dxa"/>
            <w:shd w:val="clear" w:color="auto" w:fill="1F3864"/>
          </w:tcPr>
          <w:p w14:paraId="5E294683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C  Contexto</w:t>
            </w:r>
          </w:p>
        </w:tc>
        <w:tc>
          <w:tcPr>
            <w:tcW w:w="4680" w:type="dxa"/>
            <w:shd w:val="clear" w:color="auto" w:fill="D6E4F0"/>
          </w:tcPr>
          <w:p w14:paraId="7082EBE6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 xml:space="preserve">Daré un taller a padres de [Grado] sobre cómo apoyar el </w:t>
            </w:r>
            <w:r w:rsidRPr="00644B2A">
              <w:rPr>
                <w:sz w:val="19"/>
                <w:lang w:val="es-PR"/>
              </w:rPr>
              <w:lastRenderedPageBreak/>
              <w:t>aprendizaje de sus hijos en el hogar.</w:t>
            </w:r>
          </w:p>
        </w:tc>
      </w:tr>
      <w:tr w:rsidR="00196831" w:rsidRPr="00644B2A" w14:paraId="24E25092" w14:textId="77777777">
        <w:tc>
          <w:tcPr>
            <w:tcW w:w="1100" w:type="dxa"/>
            <w:shd w:val="clear" w:color="auto" w:fill="1F3864"/>
          </w:tcPr>
          <w:p w14:paraId="5919B0B5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lastRenderedPageBreak/>
              <w:t>R  Rol</w:t>
            </w:r>
          </w:p>
        </w:tc>
        <w:tc>
          <w:tcPr>
            <w:tcW w:w="4680" w:type="dxa"/>
            <w:shd w:val="clear" w:color="auto" w:fill="EBF3FB"/>
          </w:tcPr>
          <w:p w14:paraId="499CF14F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Facilitador de Escuela para Padres.</w:t>
            </w:r>
          </w:p>
        </w:tc>
      </w:tr>
      <w:tr w:rsidR="00196831" w:rsidRPr="00644B2A" w14:paraId="4521D2CC" w14:textId="77777777">
        <w:tc>
          <w:tcPr>
            <w:tcW w:w="1100" w:type="dxa"/>
            <w:shd w:val="clear" w:color="auto" w:fill="1F3864"/>
          </w:tcPr>
          <w:p w14:paraId="1939C7F5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A  Acción</w:t>
            </w:r>
          </w:p>
        </w:tc>
        <w:tc>
          <w:tcPr>
            <w:tcW w:w="4680" w:type="dxa"/>
            <w:shd w:val="clear" w:color="auto" w:fill="D6E4F0"/>
          </w:tcPr>
          <w:p w14:paraId="58B8D074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Diseña el taller basado en el manual C002_Familia_[Grado]. Crea un guion que explique a los padres cómo facilitar una actividad de lectoescritura siguiendo el Manual Leer para Crecer.</w:t>
            </w:r>
          </w:p>
        </w:tc>
      </w:tr>
      <w:tr w:rsidR="00196831" w:rsidRPr="00644B2A" w14:paraId="2733D1F5" w14:textId="77777777">
        <w:tc>
          <w:tcPr>
            <w:tcW w:w="1100" w:type="dxa"/>
            <w:shd w:val="clear" w:color="auto" w:fill="1F3864"/>
          </w:tcPr>
          <w:p w14:paraId="3DA0C216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F  Formato</w:t>
            </w:r>
          </w:p>
        </w:tc>
        <w:tc>
          <w:tcPr>
            <w:tcW w:w="4680" w:type="dxa"/>
            <w:shd w:val="clear" w:color="auto" w:fill="EBF3FB"/>
          </w:tcPr>
          <w:p w14:paraId="5B42A7FF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Agenda estructurada de 1 hora: Inicio, Desarrollo con 3 competencias y Cierre.</w:t>
            </w:r>
          </w:p>
        </w:tc>
      </w:tr>
      <w:tr w:rsidR="00196831" w:rsidRPr="00644B2A" w14:paraId="1FA331D1" w14:textId="77777777">
        <w:tc>
          <w:tcPr>
            <w:tcW w:w="1100" w:type="dxa"/>
            <w:shd w:val="clear" w:color="auto" w:fill="1F3864"/>
          </w:tcPr>
          <w:p w14:paraId="0A0A6233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T  Target</w:t>
            </w:r>
          </w:p>
        </w:tc>
        <w:tc>
          <w:tcPr>
            <w:tcW w:w="4680" w:type="dxa"/>
            <w:shd w:val="clear" w:color="auto" w:fill="D6E4F0"/>
          </w:tcPr>
          <w:p w14:paraId="4B65E8DD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Padres y encargados de estudiantes de [Grado] — lenguaje accesible y práctico.</w:t>
            </w:r>
          </w:p>
        </w:tc>
      </w:tr>
    </w:tbl>
    <w:p w14:paraId="52BAD5FF" w14:textId="77777777" w:rsidR="00196831" w:rsidRPr="00644B2A" w:rsidRDefault="00196831">
      <w:pPr>
        <w:rPr>
          <w:lang w:val="es-PR"/>
        </w:rPr>
      </w:pPr>
    </w:p>
    <w:p w14:paraId="64B084E1" w14:textId="77777777" w:rsidR="00196831" w:rsidRPr="00644B2A" w:rsidRDefault="00000000">
      <w:pPr>
        <w:shd w:val="clear" w:color="auto" w:fill="2E75B6"/>
        <w:spacing w:before="200" w:after="80"/>
        <w:rPr>
          <w:lang w:val="es-PR"/>
        </w:rPr>
      </w:pPr>
      <w:r w:rsidRPr="00644B2A">
        <w:rPr>
          <w:b/>
          <w:color w:val="FFFFFF"/>
          <w:sz w:val="22"/>
          <w:lang w:val="es-PR"/>
        </w:rPr>
        <w:t xml:space="preserve">  10. Plan de Trabajo de Estudiantes Orientadores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100"/>
        <w:gridCol w:w="4680"/>
      </w:tblGrid>
      <w:tr w:rsidR="00196831" w:rsidRPr="00644B2A" w14:paraId="3C09E780" w14:textId="77777777">
        <w:tc>
          <w:tcPr>
            <w:tcW w:w="1100" w:type="dxa"/>
            <w:shd w:val="clear" w:color="auto" w:fill="1F3864"/>
          </w:tcPr>
          <w:p w14:paraId="62E6A57F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C  Contexto</w:t>
            </w:r>
          </w:p>
        </w:tc>
        <w:tc>
          <w:tcPr>
            <w:tcW w:w="4680" w:type="dxa"/>
            <w:shd w:val="clear" w:color="auto" w:fill="D6E4F0"/>
          </w:tcPr>
          <w:p w14:paraId="4567D958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Soy asesor de la organización de Estudiantes Orientadores de nivel [Intermedio / Superior].</w:t>
            </w:r>
          </w:p>
        </w:tc>
      </w:tr>
      <w:tr w:rsidR="00196831" w:rsidRPr="00644B2A" w14:paraId="0FA1A52B" w14:textId="77777777">
        <w:tc>
          <w:tcPr>
            <w:tcW w:w="1100" w:type="dxa"/>
            <w:shd w:val="clear" w:color="auto" w:fill="1F3864"/>
          </w:tcPr>
          <w:p w14:paraId="6302EDDE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R  Rol</w:t>
            </w:r>
          </w:p>
        </w:tc>
        <w:tc>
          <w:tcPr>
            <w:tcW w:w="4680" w:type="dxa"/>
            <w:shd w:val="clear" w:color="auto" w:fill="EBF3FB"/>
          </w:tcPr>
          <w:p w14:paraId="026C4BB9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Mentor de liderazgo según el Manual de Organizaciones Estudiantiles.</w:t>
            </w:r>
          </w:p>
        </w:tc>
      </w:tr>
      <w:tr w:rsidR="00196831" w14:paraId="0C3684AE" w14:textId="77777777">
        <w:tc>
          <w:tcPr>
            <w:tcW w:w="1100" w:type="dxa"/>
            <w:shd w:val="clear" w:color="auto" w:fill="1F3864"/>
          </w:tcPr>
          <w:p w14:paraId="474A1580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A  Acción</w:t>
            </w:r>
          </w:p>
        </w:tc>
        <w:tc>
          <w:tcPr>
            <w:tcW w:w="4680" w:type="dxa"/>
            <w:shd w:val="clear" w:color="auto" w:fill="D6E4F0"/>
          </w:tcPr>
          <w:p w14:paraId="0027A6CC" w14:textId="77777777" w:rsidR="00196831" w:rsidRDefault="00000000">
            <w:pPr>
              <w:spacing w:before="40" w:after="40"/>
            </w:pPr>
            <w:r w:rsidRPr="00644B2A">
              <w:rPr>
                <w:sz w:val="19"/>
                <w:lang w:val="es-PR"/>
              </w:rPr>
              <w:t xml:space="preserve">Crea un plan de capacitación de 4 sesiones que incluya temas de acoso escolar y confidencialidad. </w:t>
            </w:r>
            <w:r>
              <w:rPr>
                <w:sz w:val="19"/>
              </w:rPr>
              <w:t>Redacta la convocatoria formal para la primera reunión.</w:t>
            </w:r>
          </w:p>
        </w:tc>
      </w:tr>
      <w:tr w:rsidR="00196831" w:rsidRPr="00644B2A" w14:paraId="55028060" w14:textId="77777777">
        <w:tc>
          <w:tcPr>
            <w:tcW w:w="1100" w:type="dxa"/>
            <w:shd w:val="clear" w:color="auto" w:fill="1F3864"/>
          </w:tcPr>
          <w:p w14:paraId="228CACE7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F  Formato</w:t>
            </w:r>
          </w:p>
        </w:tc>
        <w:tc>
          <w:tcPr>
            <w:tcW w:w="4680" w:type="dxa"/>
            <w:shd w:val="clear" w:color="auto" w:fill="EBF3FB"/>
          </w:tcPr>
          <w:p w14:paraId="09D1E9C9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Tabla con columnas: Sesión, Tema, Actividad y Evidencia de participación.</w:t>
            </w:r>
          </w:p>
        </w:tc>
      </w:tr>
      <w:tr w:rsidR="00196831" w:rsidRPr="00644B2A" w14:paraId="2516590C" w14:textId="77777777">
        <w:tc>
          <w:tcPr>
            <w:tcW w:w="1100" w:type="dxa"/>
            <w:shd w:val="clear" w:color="auto" w:fill="1F3864"/>
          </w:tcPr>
          <w:p w14:paraId="5C03B57B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T  Target</w:t>
            </w:r>
          </w:p>
        </w:tc>
        <w:tc>
          <w:tcPr>
            <w:tcW w:w="4680" w:type="dxa"/>
            <w:shd w:val="clear" w:color="auto" w:fill="D6E4F0"/>
          </w:tcPr>
          <w:p w14:paraId="155626AC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Estudiantes Orientadores elegidos para el programa de liderazgo.</w:t>
            </w:r>
          </w:p>
        </w:tc>
      </w:tr>
    </w:tbl>
    <w:p w14:paraId="6562DC8D" w14:textId="77777777" w:rsidR="00196831" w:rsidRPr="00644B2A" w:rsidRDefault="00196831">
      <w:pPr>
        <w:rPr>
          <w:lang w:val="es-PR"/>
        </w:rPr>
      </w:pPr>
    </w:p>
    <w:p w14:paraId="1CB3FA19" w14:textId="77777777" w:rsidR="00196831" w:rsidRPr="00644B2A" w:rsidRDefault="00000000">
      <w:pPr>
        <w:shd w:val="clear" w:color="auto" w:fill="2E75B6"/>
        <w:spacing w:before="200" w:after="80"/>
        <w:rPr>
          <w:lang w:val="es-PR"/>
        </w:rPr>
      </w:pPr>
      <w:r w:rsidRPr="00644B2A">
        <w:rPr>
          <w:b/>
          <w:color w:val="FFFFFF"/>
          <w:sz w:val="22"/>
          <w:lang w:val="es-PR"/>
        </w:rPr>
        <w:t xml:space="preserve">  11. Protocolo de Innovación con IA en la Oficina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100"/>
        <w:gridCol w:w="4680"/>
      </w:tblGrid>
      <w:tr w:rsidR="00196831" w:rsidRPr="00644B2A" w14:paraId="6A1CD26A" w14:textId="77777777">
        <w:tc>
          <w:tcPr>
            <w:tcW w:w="1100" w:type="dxa"/>
            <w:shd w:val="clear" w:color="auto" w:fill="1F3864"/>
          </w:tcPr>
          <w:p w14:paraId="3F8E41A3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C  Contexto</w:t>
            </w:r>
          </w:p>
        </w:tc>
        <w:tc>
          <w:tcPr>
            <w:tcW w:w="4680" w:type="dxa"/>
            <w:shd w:val="clear" w:color="auto" w:fill="D6E4F0"/>
          </w:tcPr>
          <w:p w14:paraId="4F78D8AA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Quiero optimizar mi gestión administrativa usando herramientas de IA, cumpliendo con la política del DEPR.</w:t>
            </w:r>
          </w:p>
        </w:tc>
      </w:tr>
      <w:tr w:rsidR="00196831" w:rsidRPr="00644B2A" w14:paraId="0F08400B" w14:textId="77777777">
        <w:tc>
          <w:tcPr>
            <w:tcW w:w="1100" w:type="dxa"/>
            <w:shd w:val="clear" w:color="auto" w:fill="1F3864"/>
          </w:tcPr>
          <w:p w14:paraId="6EC1127C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R  Rol</w:t>
            </w:r>
          </w:p>
        </w:tc>
        <w:tc>
          <w:tcPr>
            <w:tcW w:w="4680" w:type="dxa"/>
            <w:shd w:val="clear" w:color="auto" w:fill="EBF3FB"/>
          </w:tcPr>
          <w:p w14:paraId="7FEF010D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CPE innovador alineado al documento "La inteligencia artificial en el sistema educativo" del DEPR.</w:t>
            </w:r>
          </w:p>
        </w:tc>
      </w:tr>
      <w:tr w:rsidR="00196831" w:rsidRPr="00644B2A" w14:paraId="4F32F222" w14:textId="77777777">
        <w:tc>
          <w:tcPr>
            <w:tcW w:w="1100" w:type="dxa"/>
            <w:shd w:val="clear" w:color="auto" w:fill="1F3864"/>
          </w:tcPr>
          <w:p w14:paraId="4A8DA443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A  Acción</w:t>
            </w:r>
          </w:p>
        </w:tc>
        <w:tc>
          <w:tcPr>
            <w:tcW w:w="4680" w:type="dxa"/>
            <w:shd w:val="clear" w:color="auto" w:fill="D6E4F0"/>
          </w:tcPr>
          <w:p w14:paraId="36E37602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Diseña un protocolo de 5 pasos para usar IA de forma segura en mi oficina. Explica cómo aplicarla para analizar ausentismo o crear materiales educativos, garantizando en cada paso que nunca se suban datos identificables de estudiantes.</w:t>
            </w:r>
          </w:p>
        </w:tc>
      </w:tr>
      <w:tr w:rsidR="00196831" w:rsidRPr="00644B2A" w14:paraId="21EB88A1" w14:textId="77777777">
        <w:tc>
          <w:tcPr>
            <w:tcW w:w="1100" w:type="dxa"/>
            <w:shd w:val="clear" w:color="auto" w:fill="1F3864"/>
          </w:tcPr>
          <w:p w14:paraId="707FE029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F  Formato</w:t>
            </w:r>
          </w:p>
        </w:tc>
        <w:tc>
          <w:tcPr>
            <w:tcW w:w="4680" w:type="dxa"/>
            <w:shd w:val="clear" w:color="auto" w:fill="EBF3FB"/>
          </w:tcPr>
          <w:p w14:paraId="74C76E9E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Guía de 5 pasos con advertencias de privacidad integradas en cada paso.</w:t>
            </w:r>
          </w:p>
        </w:tc>
      </w:tr>
      <w:tr w:rsidR="00196831" w:rsidRPr="00644B2A" w14:paraId="727B5E80" w14:textId="77777777">
        <w:tc>
          <w:tcPr>
            <w:tcW w:w="1100" w:type="dxa"/>
            <w:shd w:val="clear" w:color="auto" w:fill="1F3864"/>
          </w:tcPr>
          <w:p w14:paraId="63E54B3F" w14:textId="77777777" w:rsidR="00196831" w:rsidRDefault="00000000">
            <w:pPr>
              <w:spacing w:before="40" w:after="40"/>
            </w:pPr>
            <w:r>
              <w:rPr>
                <w:b/>
                <w:color w:val="FFFFFF"/>
                <w:sz w:val="18"/>
              </w:rPr>
              <w:t>T  Target</w:t>
            </w:r>
          </w:p>
        </w:tc>
        <w:tc>
          <w:tcPr>
            <w:tcW w:w="4680" w:type="dxa"/>
            <w:shd w:val="clear" w:color="auto" w:fill="D6E4F0"/>
          </w:tcPr>
          <w:p w14:paraId="6E84AA04" w14:textId="77777777" w:rsidR="00196831" w:rsidRPr="00644B2A" w:rsidRDefault="00000000">
            <w:pPr>
              <w:spacing w:before="40" w:after="40"/>
              <w:rPr>
                <w:lang w:val="es-PR"/>
              </w:rPr>
            </w:pPr>
            <w:r w:rsidRPr="00644B2A">
              <w:rPr>
                <w:sz w:val="19"/>
                <w:lang w:val="es-PR"/>
              </w:rPr>
              <w:t>CPE y personal administrativo del plantel que adoptará el uso de IA.</w:t>
            </w:r>
          </w:p>
        </w:tc>
      </w:tr>
    </w:tbl>
    <w:p w14:paraId="01E548DE" w14:textId="77777777" w:rsidR="00196831" w:rsidRPr="00644B2A" w:rsidRDefault="00196831">
      <w:pPr>
        <w:rPr>
          <w:lang w:val="es-PR"/>
        </w:rPr>
      </w:pPr>
    </w:p>
    <w:p w14:paraId="54292392" w14:textId="77777777" w:rsidR="00196831" w:rsidRPr="00644B2A" w:rsidRDefault="00000000">
      <w:pPr>
        <w:shd w:val="clear" w:color="auto" w:fill="1F3864"/>
        <w:spacing w:before="280" w:after="120"/>
        <w:ind w:left="-144" w:right="-144"/>
        <w:rPr>
          <w:lang w:val="es-PR"/>
        </w:rPr>
      </w:pPr>
      <w:r w:rsidRPr="00644B2A">
        <w:rPr>
          <w:b/>
          <w:color w:val="FFFFFF"/>
          <w:sz w:val="28"/>
          <w:lang w:val="es-PR"/>
        </w:rPr>
        <w:t xml:space="preserve">  </w:t>
      </w:r>
      <w:r>
        <w:rPr>
          <w:b/>
          <w:color w:val="FFFFFF"/>
          <w:sz w:val="28"/>
        </w:rPr>
        <w:t>🔴</w:t>
      </w:r>
      <w:r w:rsidRPr="00644B2A">
        <w:rPr>
          <w:b/>
          <w:color w:val="FFFFFF"/>
          <w:sz w:val="28"/>
          <w:lang w:val="es-PR"/>
        </w:rPr>
        <w:t xml:space="preserve">  6. Seguridad y Ética: Lo que No Es Negociable</w:t>
      </w:r>
    </w:p>
    <w:p w14:paraId="4946775A" w14:textId="77777777" w:rsidR="00196831" w:rsidRPr="00644B2A" w:rsidRDefault="00000000">
      <w:pPr>
        <w:spacing w:after="80"/>
        <w:rPr>
          <w:lang w:val="es-PR"/>
        </w:rPr>
      </w:pPr>
      <w:r w:rsidRPr="00644B2A">
        <w:rPr>
          <w:lang w:val="es-PR"/>
        </w:rPr>
        <w:lastRenderedPageBreak/>
        <w:t>El uso de IA es una herramienta de apoyo, no un sustituto del juicio profesional. Estas tres reglas son innegociables:</w:t>
      </w:r>
    </w:p>
    <w:p w14:paraId="2F5D83F9" w14:textId="77777777" w:rsidR="00196831" w:rsidRPr="00644B2A" w:rsidRDefault="00000000">
      <w:pPr>
        <w:shd w:val="clear" w:color="auto" w:fill="FDEDED"/>
        <w:spacing w:before="120" w:after="40"/>
        <w:ind w:left="216"/>
        <w:rPr>
          <w:lang w:val="es-PR"/>
        </w:rPr>
      </w:pPr>
      <w:r>
        <w:rPr>
          <w:b/>
          <w:color w:val="C62828"/>
          <w:sz w:val="21"/>
        </w:rPr>
        <w:t>🔒</w:t>
      </w:r>
      <w:r w:rsidRPr="00644B2A">
        <w:rPr>
          <w:b/>
          <w:color w:val="C62828"/>
          <w:sz w:val="21"/>
          <w:lang w:val="es-PR"/>
        </w:rPr>
        <w:t xml:space="preserve">  Nunca subas nombres, iniciales o números de SIE.</w:t>
      </w:r>
    </w:p>
    <w:p w14:paraId="319CBDDA" w14:textId="77777777" w:rsidR="00196831" w:rsidRPr="00644B2A" w:rsidRDefault="00000000">
      <w:pPr>
        <w:spacing w:after="160"/>
        <w:ind w:left="432"/>
        <w:rPr>
          <w:lang w:val="es-PR"/>
        </w:rPr>
      </w:pPr>
      <w:r w:rsidRPr="00644B2A">
        <w:rPr>
          <w:lang w:val="es-PR"/>
        </w:rPr>
        <w:t>Un error de privacidad puede derivar en una queja ética ante la Junta Examinadora de Consejeros de Puerto Rico, una violación de FERPA y la pérdida de confianza de las familias. Usa siempre "Estudiante A", "niño de 3er grado" o descripciones genéricas.</w:t>
      </w:r>
    </w:p>
    <w:p w14:paraId="652C183A" w14:textId="77777777" w:rsidR="00196831" w:rsidRPr="00644B2A" w:rsidRDefault="00000000">
      <w:pPr>
        <w:shd w:val="clear" w:color="auto" w:fill="FDEDED"/>
        <w:spacing w:before="120" w:after="40"/>
        <w:ind w:left="216"/>
        <w:rPr>
          <w:lang w:val="es-PR"/>
        </w:rPr>
      </w:pPr>
      <w:r w:rsidRPr="00644B2A">
        <w:rPr>
          <w:b/>
          <w:color w:val="C62828"/>
          <w:sz w:val="21"/>
          <w:lang w:val="es-PR"/>
        </w:rPr>
        <w:t>✅  Valida siempre las leyes y formularios que la IA mencione.</w:t>
      </w:r>
    </w:p>
    <w:p w14:paraId="67AA6693" w14:textId="77777777" w:rsidR="00196831" w:rsidRPr="00644B2A" w:rsidRDefault="00000000">
      <w:pPr>
        <w:spacing w:after="160"/>
        <w:ind w:left="432"/>
        <w:rPr>
          <w:lang w:val="es-PR"/>
        </w:rPr>
      </w:pPr>
      <w:r w:rsidRPr="00644B2A">
        <w:rPr>
          <w:lang w:val="es-PR"/>
        </w:rPr>
        <w:t>La IA puede citar artículos derogados, confundir el número de un formulario o malinterpretar un procedimiento. Tu firma es el filtro final de calidad y cumplimiento. Nunca uses un documento generado por IA sin revisarlo primero.</w:t>
      </w:r>
    </w:p>
    <w:p w14:paraId="0F2DF8C3" w14:textId="77777777" w:rsidR="00196831" w:rsidRPr="00644B2A" w:rsidRDefault="00000000">
      <w:pPr>
        <w:shd w:val="clear" w:color="auto" w:fill="FDEDED"/>
        <w:spacing w:before="120" w:after="40"/>
        <w:ind w:left="216"/>
        <w:rPr>
          <w:lang w:val="es-PR"/>
        </w:rPr>
      </w:pPr>
      <w:r>
        <w:rPr>
          <w:b/>
          <w:color w:val="C62828"/>
          <w:sz w:val="21"/>
        </w:rPr>
        <w:t>🖊️</w:t>
      </w:r>
      <w:r w:rsidRPr="00644B2A">
        <w:rPr>
          <w:b/>
          <w:color w:val="C62828"/>
          <w:sz w:val="21"/>
          <w:lang w:val="es-PR"/>
        </w:rPr>
        <w:t xml:space="preserve">  La IA propone, tú firmas y asumes la responsabilidad.</w:t>
      </w:r>
    </w:p>
    <w:p w14:paraId="71ACFEC5" w14:textId="77777777" w:rsidR="00196831" w:rsidRPr="00644B2A" w:rsidRDefault="00000000">
      <w:pPr>
        <w:spacing w:after="160"/>
        <w:ind w:left="432"/>
        <w:rPr>
          <w:lang w:val="es-PR"/>
        </w:rPr>
      </w:pPr>
      <w:r w:rsidRPr="00644B2A">
        <w:rPr>
          <w:lang w:val="es-PR"/>
        </w:rPr>
        <w:t>La responsabilidad legal, ética y profesional del trabajo del CPE recae exclusivamente en el profesional licenciado, no en la herramienta. La IA es tu asistente; tú eres el experto.</w:t>
      </w:r>
    </w:p>
    <w:p w14:paraId="14B6B2AC" w14:textId="77777777" w:rsidR="00196831" w:rsidRPr="00644B2A" w:rsidRDefault="00000000">
      <w:pPr>
        <w:shd w:val="clear" w:color="auto" w:fill="1F3864"/>
        <w:spacing w:before="280" w:after="120"/>
        <w:ind w:left="-144" w:right="-144"/>
        <w:rPr>
          <w:lang w:val="es-PR"/>
        </w:rPr>
      </w:pPr>
      <w:r w:rsidRPr="00644B2A">
        <w:rPr>
          <w:b/>
          <w:color w:val="FFFFFF"/>
          <w:sz w:val="28"/>
          <w:lang w:val="es-PR"/>
        </w:rPr>
        <w:t xml:space="preserve">  </w:t>
      </w:r>
      <w:r>
        <w:rPr>
          <w:b/>
          <w:color w:val="FFFFFF"/>
          <w:sz w:val="28"/>
        </w:rPr>
        <w:t>📝</w:t>
      </w:r>
      <w:r w:rsidRPr="00644B2A">
        <w:rPr>
          <w:b/>
          <w:color w:val="FFFFFF"/>
          <w:sz w:val="28"/>
          <w:lang w:val="es-PR"/>
        </w:rPr>
        <w:t xml:space="preserve">  7. Taller Práctico: Construye Tu Propio Prompt</w:t>
      </w:r>
    </w:p>
    <w:p w14:paraId="3FF12190" w14:textId="77777777" w:rsidR="00196831" w:rsidRPr="00644B2A" w:rsidRDefault="00000000">
      <w:pPr>
        <w:spacing w:after="80"/>
        <w:rPr>
          <w:lang w:val="es-PR"/>
        </w:rPr>
      </w:pPr>
      <w:r w:rsidRPr="00644B2A">
        <w:rPr>
          <w:lang w:val="es-PR"/>
        </w:rPr>
        <w:t>Instrucciones: Utiliza la estructura CRAFT para resolver una necesidad real de tu oficina hoy. Responde las preguntas guía de cada componente para no dejar ninguno en blanco.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00"/>
        <w:gridCol w:w="4680"/>
      </w:tblGrid>
      <w:tr w:rsidR="00196831" w:rsidRPr="00644B2A" w14:paraId="006E8ABF" w14:textId="77777777">
        <w:tc>
          <w:tcPr>
            <w:tcW w:w="900" w:type="dxa"/>
            <w:shd w:val="clear" w:color="auto" w:fill="1F3864"/>
          </w:tcPr>
          <w:p w14:paraId="20A16A2E" w14:textId="77777777" w:rsidR="00196831" w:rsidRDefault="00000000">
            <w:pPr>
              <w:spacing w:before="80"/>
              <w:jc w:val="center"/>
            </w:pPr>
            <w:r>
              <w:rPr>
                <w:b/>
                <w:color w:val="FFFFFF"/>
                <w:sz w:val="40"/>
              </w:rPr>
              <w:t>C</w:t>
            </w:r>
          </w:p>
        </w:tc>
        <w:tc>
          <w:tcPr>
            <w:tcW w:w="4680" w:type="dxa"/>
            <w:shd w:val="clear" w:color="auto" w:fill="EEF4FB"/>
          </w:tcPr>
          <w:p w14:paraId="6B732A85" w14:textId="77777777" w:rsidR="00196831" w:rsidRPr="00644B2A" w:rsidRDefault="00196831">
            <w:pPr>
              <w:rPr>
                <w:lang w:val="es-PR"/>
              </w:rPr>
            </w:pPr>
          </w:p>
          <w:p w14:paraId="3C3318EB" w14:textId="77777777" w:rsidR="00196831" w:rsidRPr="00644B2A" w:rsidRDefault="00000000">
            <w:pPr>
              <w:spacing w:after="40"/>
              <w:rPr>
                <w:lang w:val="es-PR"/>
              </w:rPr>
            </w:pPr>
            <w:r w:rsidRPr="00644B2A">
              <w:rPr>
                <w:b/>
                <w:color w:val="2E75B6"/>
                <w:lang w:val="es-PR"/>
              </w:rPr>
              <w:t>CONTEXTO</w:t>
            </w:r>
          </w:p>
          <w:p w14:paraId="0F4FB8BB" w14:textId="77777777" w:rsidR="00196831" w:rsidRPr="00644B2A" w:rsidRDefault="00000000">
            <w:pPr>
              <w:spacing w:after="80"/>
              <w:rPr>
                <w:lang w:val="es-PR"/>
              </w:rPr>
            </w:pPr>
            <w:r w:rsidRPr="00644B2A">
              <w:rPr>
                <w:i/>
                <w:color w:val="555555"/>
                <w:sz w:val="18"/>
                <w:lang w:val="es-PR"/>
              </w:rPr>
              <w:t>¿Cuál es la situación o tarea que necesitas resolver hoy?</w:t>
            </w:r>
            <w:r w:rsidRPr="00644B2A">
              <w:rPr>
                <w:i/>
                <w:color w:val="555555"/>
                <w:sz w:val="18"/>
                <w:lang w:val="es-PR"/>
              </w:rPr>
              <w:br/>
              <w:t>¿Qué nivel escolar o tipo de caso involucra?</w:t>
            </w:r>
          </w:p>
        </w:tc>
      </w:tr>
      <w:tr w:rsidR="00196831" w14:paraId="37CDDD3D" w14:textId="77777777">
        <w:tc>
          <w:tcPr>
            <w:tcW w:w="900" w:type="dxa"/>
            <w:shd w:val="clear" w:color="auto" w:fill="2E75B6"/>
          </w:tcPr>
          <w:p w14:paraId="2BCD6654" w14:textId="77777777" w:rsidR="00196831" w:rsidRDefault="00000000">
            <w:pPr>
              <w:spacing w:before="120"/>
              <w:jc w:val="center"/>
            </w:pPr>
            <w:r>
              <w:rPr>
                <w:b/>
                <w:color w:val="FFFFFF"/>
                <w:sz w:val="24"/>
              </w:rPr>
              <w:t>✏️</w:t>
            </w:r>
          </w:p>
        </w:tc>
        <w:tc>
          <w:tcPr>
            <w:tcW w:w="4680" w:type="dxa"/>
            <w:shd w:val="clear" w:color="auto" w:fill="FFFFFF"/>
          </w:tcPr>
          <w:p w14:paraId="01DB6D0D" w14:textId="77777777" w:rsidR="00196831" w:rsidRDefault="00196831"/>
          <w:p w14:paraId="59F3441B" w14:textId="77777777" w:rsidR="00196831" w:rsidRDefault="00000000">
            <w:pPr>
              <w:pBdr>
                <w:bottom w:val="dotted" w:sz="6" w:space="1" w:color="AAAAAA"/>
              </w:pBdr>
              <w:spacing w:after="40"/>
            </w:pPr>
            <w:r>
              <w:rPr>
                <w:sz w:val="22"/>
              </w:rPr>
              <w:t xml:space="preserve"> </w:t>
            </w:r>
          </w:p>
          <w:p w14:paraId="6488A0BB" w14:textId="77777777" w:rsidR="00196831" w:rsidRDefault="00000000">
            <w:pPr>
              <w:pBdr>
                <w:bottom w:val="dotted" w:sz="6" w:space="1" w:color="AAAAAA"/>
              </w:pBdr>
              <w:spacing w:after="40"/>
            </w:pPr>
            <w:r>
              <w:rPr>
                <w:sz w:val="22"/>
              </w:rPr>
              <w:t xml:space="preserve"> </w:t>
            </w:r>
          </w:p>
          <w:p w14:paraId="688B01B8" w14:textId="77777777" w:rsidR="00196831" w:rsidRDefault="00000000">
            <w:pPr>
              <w:pBdr>
                <w:bottom w:val="dotted" w:sz="6" w:space="1" w:color="AAAAAA"/>
              </w:pBdr>
              <w:spacing w:after="40"/>
            </w:pPr>
            <w:r>
              <w:rPr>
                <w:sz w:val="22"/>
              </w:rPr>
              <w:t xml:space="preserve"> </w:t>
            </w:r>
          </w:p>
        </w:tc>
      </w:tr>
    </w:tbl>
    <w:p w14:paraId="6FAD4E7D" w14:textId="77777777" w:rsidR="00196831" w:rsidRDefault="00196831">
      <w:pPr>
        <w:spacing w:after="8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0"/>
        <w:gridCol w:w="4680"/>
      </w:tblGrid>
      <w:tr w:rsidR="00196831" w:rsidRPr="00644B2A" w14:paraId="0ADCD2A7" w14:textId="77777777">
        <w:tc>
          <w:tcPr>
            <w:tcW w:w="900" w:type="dxa"/>
            <w:shd w:val="clear" w:color="auto" w:fill="1F3864"/>
          </w:tcPr>
          <w:p w14:paraId="66A90FBD" w14:textId="77777777" w:rsidR="00196831" w:rsidRDefault="00000000">
            <w:pPr>
              <w:spacing w:before="80"/>
              <w:jc w:val="center"/>
            </w:pPr>
            <w:r>
              <w:rPr>
                <w:b/>
                <w:color w:val="FFFFFF"/>
                <w:sz w:val="40"/>
              </w:rPr>
              <w:t>R</w:t>
            </w:r>
          </w:p>
        </w:tc>
        <w:tc>
          <w:tcPr>
            <w:tcW w:w="4680" w:type="dxa"/>
            <w:shd w:val="clear" w:color="auto" w:fill="EEF4FB"/>
          </w:tcPr>
          <w:p w14:paraId="7ECDA8F0" w14:textId="77777777" w:rsidR="00196831" w:rsidRPr="00644B2A" w:rsidRDefault="00196831">
            <w:pPr>
              <w:rPr>
                <w:lang w:val="es-PR"/>
              </w:rPr>
            </w:pPr>
          </w:p>
          <w:p w14:paraId="32D6F2E1" w14:textId="77777777" w:rsidR="00196831" w:rsidRPr="00644B2A" w:rsidRDefault="00000000">
            <w:pPr>
              <w:spacing w:after="40"/>
              <w:rPr>
                <w:lang w:val="es-PR"/>
              </w:rPr>
            </w:pPr>
            <w:r w:rsidRPr="00644B2A">
              <w:rPr>
                <w:b/>
                <w:color w:val="2E75B6"/>
                <w:lang w:val="es-PR"/>
              </w:rPr>
              <w:t>ROL</w:t>
            </w:r>
          </w:p>
          <w:p w14:paraId="7B306698" w14:textId="77777777" w:rsidR="00196831" w:rsidRPr="00644B2A" w:rsidRDefault="00000000">
            <w:pPr>
              <w:spacing w:after="80"/>
              <w:rPr>
                <w:lang w:val="es-PR"/>
              </w:rPr>
            </w:pPr>
            <w:r w:rsidRPr="00644B2A">
              <w:rPr>
                <w:i/>
                <w:color w:val="555555"/>
                <w:sz w:val="18"/>
                <w:lang w:val="es-PR"/>
              </w:rPr>
              <w:t>¿Qué función específica del CPE necesitas que la IA asuma?</w:t>
            </w:r>
            <w:r w:rsidRPr="00644B2A">
              <w:rPr>
                <w:i/>
                <w:color w:val="555555"/>
                <w:sz w:val="18"/>
                <w:lang w:val="es-PR"/>
              </w:rPr>
              <w:br/>
              <w:t>(Consulta la lista de Roles en la Sección 4)</w:t>
            </w:r>
          </w:p>
        </w:tc>
      </w:tr>
      <w:tr w:rsidR="00196831" w14:paraId="4FE7DA14" w14:textId="77777777">
        <w:tc>
          <w:tcPr>
            <w:tcW w:w="900" w:type="dxa"/>
            <w:shd w:val="clear" w:color="auto" w:fill="2E75B6"/>
          </w:tcPr>
          <w:p w14:paraId="548A06B1" w14:textId="77777777" w:rsidR="00196831" w:rsidRDefault="00000000">
            <w:pPr>
              <w:spacing w:before="120"/>
              <w:jc w:val="center"/>
            </w:pPr>
            <w:r>
              <w:rPr>
                <w:b/>
                <w:color w:val="FFFFFF"/>
                <w:sz w:val="24"/>
              </w:rPr>
              <w:t>✏️</w:t>
            </w:r>
          </w:p>
        </w:tc>
        <w:tc>
          <w:tcPr>
            <w:tcW w:w="4680" w:type="dxa"/>
            <w:shd w:val="clear" w:color="auto" w:fill="FFFFFF"/>
          </w:tcPr>
          <w:p w14:paraId="4E2F8CB7" w14:textId="77777777" w:rsidR="00196831" w:rsidRDefault="00196831"/>
          <w:p w14:paraId="11362F36" w14:textId="77777777" w:rsidR="00196831" w:rsidRDefault="00000000">
            <w:pPr>
              <w:pBdr>
                <w:bottom w:val="dotted" w:sz="6" w:space="1" w:color="AAAAAA"/>
              </w:pBdr>
              <w:spacing w:after="40"/>
            </w:pPr>
            <w:r>
              <w:rPr>
                <w:sz w:val="22"/>
              </w:rPr>
              <w:t xml:space="preserve"> </w:t>
            </w:r>
          </w:p>
          <w:p w14:paraId="66BDDF37" w14:textId="77777777" w:rsidR="00196831" w:rsidRDefault="00000000">
            <w:pPr>
              <w:pBdr>
                <w:bottom w:val="dotted" w:sz="6" w:space="1" w:color="AAAAAA"/>
              </w:pBdr>
              <w:spacing w:after="40"/>
            </w:pPr>
            <w:r>
              <w:rPr>
                <w:sz w:val="22"/>
              </w:rPr>
              <w:t xml:space="preserve"> </w:t>
            </w:r>
          </w:p>
          <w:p w14:paraId="1D292E74" w14:textId="77777777" w:rsidR="00196831" w:rsidRDefault="00000000">
            <w:pPr>
              <w:pBdr>
                <w:bottom w:val="dotted" w:sz="6" w:space="1" w:color="AAAAAA"/>
              </w:pBdr>
              <w:spacing w:after="40"/>
            </w:pPr>
            <w:r>
              <w:rPr>
                <w:sz w:val="22"/>
              </w:rPr>
              <w:t xml:space="preserve"> </w:t>
            </w:r>
          </w:p>
        </w:tc>
      </w:tr>
    </w:tbl>
    <w:p w14:paraId="0CA6051D" w14:textId="77777777" w:rsidR="00196831" w:rsidRDefault="00196831">
      <w:pPr>
        <w:spacing w:after="8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0"/>
        <w:gridCol w:w="4680"/>
      </w:tblGrid>
      <w:tr w:rsidR="00196831" w:rsidRPr="00644B2A" w14:paraId="4AA1287C" w14:textId="77777777">
        <w:tc>
          <w:tcPr>
            <w:tcW w:w="900" w:type="dxa"/>
            <w:shd w:val="clear" w:color="auto" w:fill="1F3864"/>
          </w:tcPr>
          <w:p w14:paraId="581EE6D3" w14:textId="77777777" w:rsidR="00196831" w:rsidRDefault="00000000">
            <w:pPr>
              <w:spacing w:before="80"/>
              <w:jc w:val="center"/>
            </w:pPr>
            <w:r>
              <w:rPr>
                <w:b/>
                <w:color w:val="FFFFFF"/>
                <w:sz w:val="40"/>
              </w:rPr>
              <w:lastRenderedPageBreak/>
              <w:t>A</w:t>
            </w:r>
          </w:p>
        </w:tc>
        <w:tc>
          <w:tcPr>
            <w:tcW w:w="4680" w:type="dxa"/>
            <w:shd w:val="clear" w:color="auto" w:fill="EEF4FB"/>
          </w:tcPr>
          <w:p w14:paraId="348A1CD2" w14:textId="77777777" w:rsidR="00196831" w:rsidRPr="00644B2A" w:rsidRDefault="00196831">
            <w:pPr>
              <w:rPr>
                <w:lang w:val="es-PR"/>
              </w:rPr>
            </w:pPr>
          </w:p>
          <w:p w14:paraId="31807AE8" w14:textId="77777777" w:rsidR="00196831" w:rsidRPr="00644B2A" w:rsidRDefault="00000000">
            <w:pPr>
              <w:spacing w:after="40"/>
              <w:rPr>
                <w:lang w:val="es-PR"/>
              </w:rPr>
            </w:pPr>
            <w:r w:rsidRPr="00644B2A">
              <w:rPr>
                <w:b/>
                <w:color w:val="2E75B6"/>
                <w:lang w:val="es-PR"/>
              </w:rPr>
              <w:t>ACCIÓN</w:t>
            </w:r>
          </w:p>
          <w:p w14:paraId="28F7EF39" w14:textId="77777777" w:rsidR="00196831" w:rsidRPr="00644B2A" w:rsidRDefault="00000000">
            <w:pPr>
              <w:spacing w:after="80"/>
              <w:rPr>
                <w:lang w:val="es-PR"/>
              </w:rPr>
            </w:pPr>
            <w:r w:rsidRPr="00644B2A">
              <w:rPr>
                <w:i/>
                <w:color w:val="555555"/>
                <w:sz w:val="18"/>
                <w:lang w:val="es-PR"/>
              </w:rPr>
              <w:t>¿Qué debe producir la IA exactamente?</w:t>
            </w:r>
            <w:r w:rsidRPr="00644B2A">
              <w:rPr>
                <w:i/>
                <w:color w:val="555555"/>
                <w:sz w:val="18"/>
                <w:lang w:val="es-PR"/>
              </w:rPr>
              <w:br/>
              <w:t>¿Con qué nivel de detalle o extensión?</w:t>
            </w:r>
          </w:p>
        </w:tc>
      </w:tr>
      <w:tr w:rsidR="00196831" w14:paraId="3B24643D" w14:textId="77777777">
        <w:tc>
          <w:tcPr>
            <w:tcW w:w="900" w:type="dxa"/>
            <w:shd w:val="clear" w:color="auto" w:fill="2E75B6"/>
          </w:tcPr>
          <w:p w14:paraId="239B0187" w14:textId="77777777" w:rsidR="00196831" w:rsidRDefault="00000000">
            <w:pPr>
              <w:spacing w:before="120"/>
              <w:jc w:val="center"/>
            </w:pPr>
            <w:r>
              <w:rPr>
                <w:b/>
                <w:color w:val="FFFFFF"/>
                <w:sz w:val="24"/>
              </w:rPr>
              <w:t>✏️</w:t>
            </w:r>
          </w:p>
        </w:tc>
        <w:tc>
          <w:tcPr>
            <w:tcW w:w="4680" w:type="dxa"/>
            <w:shd w:val="clear" w:color="auto" w:fill="FFFFFF"/>
          </w:tcPr>
          <w:p w14:paraId="0C9661C7" w14:textId="77777777" w:rsidR="00196831" w:rsidRDefault="00196831"/>
          <w:p w14:paraId="0031B895" w14:textId="77777777" w:rsidR="00196831" w:rsidRDefault="00000000">
            <w:pPr>
              <w:pBdr>
                <w:bottom w:val="dotted" w:sz="6" w:space="1" w:color="AAAAAA"/>
              </w:pBdr>
              <w:spacing w:after="40"/>
            </w:pPr>
            <w:r>
              <w:rPr>
                <w:sz w:val="22"/>
              </w:rPr>
              <w:t xml:space="preserve"> </w:t>
            </w:r>
          </w:p>
          <w:p w14:paraId="0E82E2D4" w14:textId="77777777" w:rsidR="00196831" w:rsidRDefault="00000000">
            <w:pPr>
              <w:pBdr>
                <w:bottom w:val="dotted" w:sz="6" w:space="1" w:color="AAAAAA"/>
              </w:pBdr>
              <w:spacing w:after="40"/>
            </w:pPr>
            <w:r>
              <w:rPr>
                <w:sz w:val="22"/>
              </w:rPr>
              <w:t xml:space="preserve"> </w:t>
            </w:r>
          </w:p>
          <w:p w14:paraId="4E44A96C" w14:textId="77777777" w:rsidR="00196831" w:rsidRDefault="00000000">
            <w:pPr>
              <w:pBdr>
                <w:bottom w:val="dotted" w:sz="6" w:space="1" w:color="AAAAAA"/>
              </w:pBdr>
              <w:spacing w:after="40"/>
            </w:pPr>
            <w:r>
              <w:rPr>
                <w:sz w:val="22"/>
              </w:rPr>
              <w:t xml:space="preserve"> </w:t>
            </w:r>
          </w:p>
        </w:tc>
      </w:tr>
    </w:tbl>
    <w:p w14:paraId="7E265990" w14:textId="77777777" w:rsidR="00196831" w:rsidRDefault="00196831">
      <w:pPr>
        <w:spacing w:after="8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0"/>
        <w:gridCol w:w="4680"/>
      </w:tblGrid>
      <w:tr w:rsidR="00196831" w:rsidRPr="00644B2A" w14:paraId="1AB294C3" w14:textId="77777777">
        <w:tc>
          <w:tcPr>
            <w:tcW w:w="900" w:type="dxa"/>
            <w:shd w:val="clear" w:color="auto" w:fill="1F3864"/>
          </w:tcPr>
          <w:p w14:paraId="2046EE9D" w14:textId="77777777" w:rsidR="00196831" w:rsidRDefault="00000000">
            <w:pPr>
              <w:spacing w:before="80"/>
              <w:jc w:val="center"/>
            </w:pPr>
            <w:r>
              <w:rPr>
                <w:b/>
                <w:color w:val="FFFFFF"/>
                <w:sz w:val="40"/>
              </w:rPr>
              <w:t>F</w:t>
            </w:r>
          </w:p>
        </w:tc>
        <w:tc>
          <w:tcPr>
            <w:tcW w:w="4680" w:type="dxa"/>
            <w:shd w:val="clear" w:color="auto" w:fill="EEF4FB"/>
          </w:tcPr>
          <w:p w14:paraId="5C3CB5E8" w14:textId="77777777" w:rsidR="00196831" w:rsidRPr="00644B2A" w:rsidRDefault="00196831">
            <w:pPr>
              <w:rPr>
                <w:lang w:val="es-PR"/>
              </w:rPr>
            </w:pPr>
          </w:p>
          <w:p w14:paraId="201B59F4" w14:textId="77777777" w:rsidR="00196831" w:rsidRPr="00644B2A" w:rsidRDefault="00000000">
            <w:pPr>
              <w:spacing w:after="40"/>
              <w:rPr>
                <w:lang w:val="es-PR"/>
              </w:rPr>
            </w:pPr>
            <w:r w:rsidRPr="00644B2A">
              <w:rPr>
                <w:b/>
                <w:color w:val="2E75B6"/>
                <w:lang w:val="es-PR"/>
              </w:rPr>
              <w:t>FORMATO</w:t>
            </w:r>
          </w:p>
          <w:p w14:paraId="5456A2DB" w14:textId="77777777" w:rsidR="00196831" w:rsidRPr="00644B2A" w:rsidRDefault="00000000">
            <w:pPr>
              <w:spacing w:after="80"/>
              <w:rPr>
                <w:lang w:val="es-PR"/>
              </w:rPr>
            </w:pPr>
            <w:r w:rsidRPr="00644B2A">
              <w:rPr>
                <w:i/>
                <w:color w:val="555555"/>
                <w:sz w:val="18"/>
                <w:lang w:val="es-PR"/>
              </w:rPr>
              <w:t>¿Cómo quieres ver la respuesta?</w:t>
            </w:r>
            <w:r w:rsidRPr="00644B2A">
              <w:rPr>
                <w:i/>
                <w:color w:val="555555"/>
                <w:sz w:val="18"/>
                <w:lang w:val="es-PR"/>
              </w:rPr>
              <w:br/>
              <w:t>(Tabla, narrativa, lista, guion, informe…)</w:t>
            </w:r>
          </w:p>
        </w:tc>
      </w:tr>
      <w:tr w:rsidR="00196831" w14:paraId="678738C2" w14:textId="77777777">
        <w:tc>
          <w:tcPr>
            <w:tcW w:w="900" w:type="dxa"/>
            <w:shd w:val="clear" w:color="auto" w:fill="2E75B6"/>
          </w:tcPr>
          <w:p w14:paraId="5001B137" w14:textId="77777777" w:rsidR="00196831" w:rsidRDefault="00000000">
            <w:pPr>
              <w:spacing w:before="120"/>
              <w:jc w:val="center"/>
            </w:pPr>
            <w:r>
              <w:rPr>
                <w:b/>
                <w:color w:val="FFFFFF"/>
                <w:sz w:val="24"/>
              </w:rPr>
              <w:t>✏️</w:t>
            </w:r>
          </w:p>
        </w:tc>
        <w:tc>
          <w:tcPr>
            <w:tcW w:w="4680" w:type="dxa"/>
            <w:shd w:val="clear" w:color="auto" w:fill="FFFFFF"/>
          </w:tcPr>
          <w:p w14:paraId="6BF8638B" w14:textId="77777777" w:rsidR="00196831" w:rsidRDefault="00196831"/>
          <w:p w14:paraId="330FC029" w14:textId="77777777" w:rsidR="00196831" w:rsidRDefault="00000000">
            <w:pPr>
              <w:pBdr>
                <w:bottom w:val="dotted" w:sz="6" w:space="1" w:color="AAAAAA"/>
              </w:pBdr>
              <w:spacing w:after="40"/>
            </w:pPr>
            <w:r>
              <w:rPr>
                <w:sz w:val="22"/>
              </w:rPr>
              <w:t xml:space="preserve"> </w:t>
            </w:r>
          </w:p>
          <w:p w14:paraId="7E4BB7B0" w14:textId="77777777" w:rsidR="00196831" w:rsidRDefault="00000000">
            <w:pPr>
              <w:pBdr>
                <w:bottom w:val="dotted" w:sz="6" w:space="1" w:color="AAAAAA"/>
              </w:pBdr>
              <w:spacing w:after="40"/>
            </w:pPr>
            <w:r>
              <w:rPr>
                <w:sz w:val="22"/>
              </w:rPr>
              <w:t xml:space="preserve"> </w:t>
            </w:r>
          </w:p>
          <w:p w14:paraId="39D2D020" w14:textId="77777777" w:rsidR="00196831" w:rsidRDefault="00000000">
            <w:pPr>
              <w:pBdr>
                <w:bottom w:val="dotted" w:sz="6" w:space="1" w:color="AAAAAA"/>
              </w:pBdr>
              <w:spacing w:after="40"/>
            </w:pPr>
            <w:r>
              <w:rPr>
                <w:sz w:val="22"/>
              </w:rPr>
              <w:t xml:space="preserve"> </w:t>
            </w:r>
          </w:p>
        </w:tc>
      </w:tr>
    </w:tbl>
    <w:p w14:paraId="49996236" w14:textId="77777777" w:rsidR="00196831" w:rsidRDefault="00196831">
      <w:pPr>
        <w:spacing w:after="8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0"/>
        <w:gridCol w:w="4680"/>
      </w:tblGrid>
      <w:tr w:rsidR="00196831" w:rsidRPr="00644B2A" w14:paraId="65DBF7A9" w14:textId="77777777">
        <w:tc>
          <w:tcPr>
            <w:tcW w:w="900" w:type="dxa"/>
            <w:shd w:val="clear" w:color="auto" w:fill="1F3864"/>
          </w:tcPr>
          <w:p w14:paraId="1C599580" w14:textId="77777777" w:rsidR="00196831" w:rsidRDefault="00000000">
            <w:pPr>
              <w:spacing w:before="80"/>
              <w:jc w:val="center"/>
            </w:pPr>
            <w:r>
              <w:rPr>
                <w:b/>
                <w:color w:val="FFFFFF"/>
                <w:sz w:val="40"/>
              </w:rPr>
              <w:t>T</w:t>
            </w:r>
          </w:p>
        </w:tc>
        <w:tc>
          <w:tcPr>
            <w:tcW w:w="4680" w:type="dxa"/>
            <w:shd w:val="clear" w:color="auto" w:fill="EEF4FB"/>
          </w:tcPr>
          <w:p w14:paraId="33C907D9" w14:textId="77777777" w:rsidR="00196831" w:rsidRPr="00644B2A" w:rsidRDefault="00196831">
            <w:pPr>
              <w:rPr>
                <w:lang w:val="es-PR"/>
              </w:rPr>
            </w:pPr>
          </w:p>
          <w:p w14:paraId="423EDA16" w14:textId="77777777" w:rsidR="00196831" w:rsidRPr="00644B2A" w:rsidRDefault="00000000">
            <w:pPr>
              <w:spacing w:after="40"/>
              <w:rPr>
                <w:lang w:val="es-PR"/>
              </w:rPr>
            </w:pPr>
            <w:r w:rsidRPr="00644B2A">
              <w:rPr>
                <w:b/>
                <w:color w:val="2E75B6"/>
                <w:lang w:val="es-PR"/>
              </w:rPr>
              <w:t>TARGET</w:t>
            </w:r>
          </w:p>
          <w:p w14:paraId="0041580F" w14:textId="77777777" w:rsidR="00196831" w:rsidRPr="00644B2A" w:rsidRDefault="00000000">
            <w:pPr>
              <w:spacing w:after="80"/>
              <w:rPr>
                <w:lang w:val="es-PR"/>
              </w:rPr>
            </w:pPr>
            <w:r w:rsidRPr="00644B2A">
              <w:rPr>
                <w:i/>
                <w:color w:val="555555"/>
                <w:sz w:val="18"/>
                <w:lang w:val="es-PR"/>
              </w:rPr>
              <w:t>¿Quién va a leer o usar este documento?</w:t>
            </w:r>
            <w:r w:rsidRPr="00644B2A">
              <w:rPr>
                <w:i/>
                <w:color w:val="555555"/>
                <w:sz w:val="18"/>
                <w:lang w:val="es-PR"/>
              </w:rPr>
              <w:br/>
              <w:t>(Estudiante, padre, director, equipo EIS, agencia externa…)</w:t>
            </w:r>
          </w:p>
        </w:tc>
      </w:tr>
      <w:tr w:rsidR="00196831" w14:paraId="6AB7AA7E" w14:textId="77777777">
        <w:tc>
          <w:tcPr>
            <w:tcW w:w="900" w:type="dxa"/>
            <w:shd w:val="clear" w:color="auto" w:fill="2E75B6"/>
          </w:tcPr>
          <w:p w14:paraId="42B901C9" w14:textId="77777777" w:rsidR="00196831" w:rsidRDefault="00000000">
            <w:pPr>
              <w:spacing w:before="120"/>
              <w:jc w:val="center"/>
            </w:pPr>
            <w:r>
              <w:rPr>
                <w:b/>
                <w:color w:val="FFFFFF"/>
                <w:sz w:val="24"/>
              </w:rPr>
              <w:t>✏️</w:t>
            </w:r>
          </w:p>
        </w:tc>
        <w:tc>
          <w:tcPr>
            <w:tcW w:w="4680" w:type="dxa"/>
            <w:shd w:val="clear" w:color="auto" w:fill="FFFFFF"/>
          </w:tcPr>
          <w:p w14:paraId="4E8659C1" w14:textId="77777777" w:rsidR="00196831" w:rsidRDefault="00196831"/>
          <w:p w14:paraId="132E23DF" w14:textId="77777777" w:rsidR="00196831" w:rsidRDefault="00000000">
            <w:pPr>
              <w:pBdr>
                <w:bottom w:val="dotted" w:sz="6" w:space="1" w:color="AAAAAA"/>
              </w:pBdr>
              <w:spacing w:after="40"/>
            </w:pPr>
            <w:r>
              <w:rPr>
                <w:sz w:val="22"/>
              </w:rPr>
              <w:t xml:space="preserve"> </w:t>
            </w:r>
          </w:p>
          <w:p w14:paraId="6C22E4EC" w14:textId="77777777" w:rsidR="00196831" w:rsidRDefault="00000000">
            <w:pPr>
              <w:pBdr>
                <w:bottom w:val="dotted" w:sz="6" w:space="1" w:color="AAAAAA"/>
              </w:pBdr>
              <w:spacing w:after="40"/>
            </w:pPr>
            <w:r>
              <w:rPr>
                <w:sz w:val="22"/>
              </w:rPr>
              <w:t xml:space="preserve"> </w:t>
            </w:r>
          </w:p>
          <w:p w14:paraId="11B51372" w14:textId="77777777" w:rsidR="00196831" w:rsidRDefault="00000000">
            <w:pPr>
              <w:pBdr>
                <w:bottom w:val="dotted" w:sz="6" w:space="1" w:color="AAAAAA"/>
              </w:pBdr>
              <w:spacing w:after="40"/>
            </w:pPr>
            <w:r>
              <w:rPr>
                <w:sz w:val="22"/>
              </w:rPr>
              <w:t xml:space="preserve"> </w:t>
            </w:r>
          </w:p>
        </w:tc>
      </w:tr>
    </w:tbl>
    <w:p w14:paraId="231498D0" w14:textId="77777777" w:rsidR="00196831" w:rsidRDefault="00196831">
      <w:pPr>
        <w:spacing w:after="80"/>
      </w:pPr>
    </w:p>
    <w:p w14:paraId="683732C2" w14:textId="77777777" w:rsidR="00196831" w:rsidRDefault="00196831"/>
    <w:p w14:paraId="28A33C75" w14:textId="77777777" w:rsidR="00196831" w:rsidRPr="00644B2A" w:rsidRDefault="00000000">
      <w:pPr>
        <w:pBdr>
          <w:top w:val="single" w:sz="8" w:space="1" w:color="2E75B6"/>
        </w:pBdr>
        <w:spacing w:before="200"/>
        <w:jc w:val="center"/>
        <w:rPr>
          <w:lang w:val="es-PR"/>
        </w:rPr>
      </w:pPr>
      <w:r w:rsidRPr="00644B2A">
        <w:rPr>
          <w:i/>
          <w:color w:val="777777"/>
          <w:sz w:val="18"/>
          <w:lang w:val="es-PR"/>
        </w:rPr>
        <w:t>Material preparado para el Taller de Capacitación en IA para Consejeros Profesionales Escolares  ·  DEPR</w:t>
      </w:r>
    </w:p>
    <w:sectPr w:rsidR="00196831" w:rsidRPr="00644B2A" w:rsidSect="00034616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1EFC5" w14:textId="77777777" w:rsidR="00E15A1B" w:rsidRDefault="00E15A1B">
      <w:pPr>
        <w:spacing w:after="0" w:line="240" w:lineRule="auto"/>
      </w:pPr>
      <w:r>
        <w:separator/>
      </w:r>
    </w:p>
  </w:endnote>
  <w:endnote w:type="continuationSeparator" w:id="0">
    <w:p w14:paraId="08B979B8" w14:textId="77777777" w:rsidR="00E15A1B" w:rsidRDefault="00E15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8C57B" w14:textId="77777777" w:rsidR="00196831" w:rsidRPr="00644B2A" w:rsidRDefault="00000000">
    <w:pPr>
      <w:pStyle w:val="Footer"/>
      <w:jc w:val="center"/>
      <w:rPr>
        <w:lang w:val="es-PR"/>
      </w:rPr>
    </w:pPr>
    <w:r w:rsidRPr="00644B2A">
      <w:rPr>
        <w:color w:val="888888"/>
        <w:sz w:val="18"/>
        <w:lang w:val="es-PR"/>
      </w:rPr>
      <w:t xml:space="preserve">Guía Maestra de IA para el CPE · DEPR     |     Página </w:t>
    </w:r>
    <w:r>
      <w:rPr>
        <w:sz w:val="18"/>
      </w:rPr>
      <w:fldChar w:fldCharType="begin"/>
    </w:r>
    <w:r>
      <w:rPr>
        <w:sz w:val="18"/>
      </w:rPr>
      <w:fldChar w:fldCharType="separate"/>
    </w:r>
    <w:r w:rsidRPr="00644B2A">
      <w:rPr>
        <w:sz w:val="18"/>
        <w:lang w:val="es-PR"/>
      </w:rPr>
      <w:t>PAGE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469331" w14:textId="77777777" w:rsidR="00E15A1B" w:rsidRDefault="00E15A1B">
      <w:pPr>
        <w:spacing w:after="0" w:line="240" w:lineRule="auto"/>
      </w:pPr>
      <w:r>
        <w:separator/>
      </w:r>
    </w:p>
  </w:footnote>
  <w:footnote w:type="continuationSeparator" w:id="0">
    <w:p w14:paraId="0812AAE4" w14:textId="77777777" w:rsidR="00E15A1B" w:rsidRDefault="00E15A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30579557">
    <w:abstractNumId w:val="8"/>
  </w:num>
  <w:num w:numId="2" w16cid:durableId="51464733">
    <w:abstractNumId w:val="6"/>
  </w:num>
  <w:num w:numId="3" w16cid:durableId="212422565">
    <w:abstractNumId w:val="5"/>
  </w:num>
  <w:num w:numId="4" w16cid:durableId="912619461">
    <w:abstractNumId w:val="4"/>
  </w:num>
  <w:num w:numId="5" w16cid:durableId="1498157430">
    <w:abstractNumId w:val="7"/>
  </w:num>
  <w:num w:numId="6" w16cid:durableId="1804422090">
    <w:abstractNumId w:val="3"/>
  </w:num>
  <w:num w:numId="7" w16cid:durableId="1041170444">
    <w:abstractNumId w:val="2"/>
  </w:num>
  <w:num w:numId="8" w16cid:durableId="357001683">
    <w:abstractNumId w:val="1"/>
  </w:num>
  <w:num w:numId="9" w16cid:durableId="126943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96831"/>
    <w:rsid w:val="0029639D"/>
    <w:rsid w:val="00326F90"/>
    <w:rsid w:val="003A5EF3"/>
    <w:rsid w:val="004D39FD"/>
    <w:rsid w:val="00644B2A"/>
    <w:rsid w:val="0091780E"/>
    <w:rsid w:val="00AA1D8D"/>
    <w:rsid w:val="00B47730"/>
    <w:rsid w:val="00CB0664"/>
    <w:rsid w:val="00E15A1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E180A55"/>
  <w14:defaultImageDpi w14:val="300"/>
  <w15:docId w15:val="{C0342B98-6735-D340-A6FA-94542BF8B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hAnsi="Calibr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2613</Words>
  <Characters>14543</Characters>
  <Application>Microsoft Office Word</Application>
  <DocSecurity>0</DocSecurity>
  <Lines>452</Lines>
  <Paragraphs>272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17077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Prof. Andres Rivera Betancourt</cp:lastModifiedBy>
  <cp:revision>2</cp:revision>
  <dcterms:created xsi:type="dcterms:W3CDTF">2026-04-27T14:05:00Z</dcterms:created>
  <dcterms:modified xsi:type="dcterms:W3CDTF">2026-04-27T14:05:00Z</dcterms:modified>
  <cp:category/>
</cp:coreProperties>
</file>